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003F42E1" w:rsidR="00F4085D" w:rsidRPr="00597958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597958">
        <w:rPr>
          <w:b/>
          <w:bCs/>
          <w:sz w:val="40"/>
          <w:szCs w:val="40"/>
        </w:rPr>
        <w:t xml:space="preserve">RCPI </w:t>
      </w:r>
      <w:r w:rsidR="007C0991" w:rsidRPr="00597958">
        <w:rPr>
          <w:b/>
          <w:bCs/>
          <w:sz w:val="40"/>
          <w:szCs w:val="40"/>
        </w:rPr>
        <w:t xml:space="preserve">Higher Specialist </w:t>
      </w:r>
      <w:r w:rsidR="002D7D98" w:rsidRPr="00597958">
        <w:rPr>
          <w:b/>
          <w:bCs/>
          <w:sz w:val="40"/>
          <w:szCs w:val="40"/>
        </w:rPr>
        <w:t>Training</w:t>
      </w:r>
      <w:r w:rsidR="007C0991" w:rsidRPr="00597958">
        <w:rPr>
          <w:b/>
          <w:bCs/>
          <w:sz w:val="40"/>
          <w:szCs w:val="40"/>
        </w:rPr>
        <w:t>:</w:t>
      </w:r>
      <w:r w:rsidR="00F4085D" w:rsidRPr="00597958">
        <w:rPr>
          <w:b/>
          <w:bCs/>
          <w:sz w:val="40"/>
          <w:szCs w:val="40"/>
        </w:rPr>
        <w:t xml:space="preserve"> </w:t>
      </w:r>
      <w:r w:rsidR="00832FE5">
        <w:rPr>
          <w:b/>
          <w:bCs/>
          <w:sz w:val="40"/>
          <w:szCs w:val="40"/>
        </w:rPr>
        <w:t>Respiratory Medicine</w:t>
      </w:r>
    </w:p>
    <w:p w14:paraId="609CAFC3" w14:textId="0E8919FD" w:rsidR="007C0991" w:rsidRPr="00597958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597958">
        <w:rPr>
          <w:b/>
          <w:bCs/>
          <w:sz w:val="48"/>
          <w:szCs w:val="48"/>
        </w:rPr>
        <w:t>Curriculum Vitae</w:t>
      </w:r>
    </w:p>
    <w:p w14:paraId="4C95BCCC" w14:textId="77777777" w:rsidR="007C0991" w:rsidRPr="007C0991" w:rsidRDefault="007C0991" w:rsidP="007C0991"/>
    <w:p w14:paraId="6E5B97C0" w14:textId="59A16C94" w:rsidR="00214ECC" w:rsidRPr="00F4085D" w:rsidRDefault="003729FB" w:rsidP="003A0599">
      <w:pPr>
        <w:pStyle w:val="Heading1"/>
      </w:pPr>
      <w:r w:rsidRPr="00F4085D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14:paraId="091518D3" w14:textId="77777777" w:rsidTr="001C17E4">
        <w:tc>
          <w:tcPr>
            <w:tcW w:w="1886" w:type="pct"/>
          </w:tcPr>
          <w:p w14:paraId="389B5775" w14:textId="2AE87A00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Full Name:</w:t>
            </w:r>
            <w:r w:rsidR="004D6768" w:rsidRPr="00597958">
              <w:rPr>
                <w:b/>
                <w:bCs/>
              </w:rPr>
              <w:t xml:space="preserve"> </w:t>
            </w:r>
          </w:p>
          <w:p w14:paraId="46EE3531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EndPr/>
          <w:sdtContent>
            <w:tc>
              <w:tcPr>
                <w:tcW w:w="3114" w:type="pct"/>
              </w:tcPr>
              <w:p w14:paraId="3B7B6D19" w14:textId="14E466E6" w:rsidR="009E4AEB" w:rsidRDefault="001C17E4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773EA148" w14:textId="77777777" w:rsidTr="001C17E4">
        <w:tc>
          <w:tcPr>
            <w:tcW w:w="1886" w:type="pct"/>
          </w:tcPr>
          <w:p w14:paraId="1A696EB3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Medical Council (IMC) Registration Number:</w:t>
            </w:r>
          </w:p>
          <w:p w14:paraId="096607BC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</w:tcPr>
              <w:p w14:paraId="2A4369CD" w14:textId="4DD25E0D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36E9348D" w14:textId="77777777" w:rsidTr="001C17E4">
        <w:tc>
          <w:tcPr>
            <w:tcW w:w="1886" w:type="pct"/>
          </w:tcPr>
          <w:p w14:paraId="66F58537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Please list any prior medical registrations i.e. (GMC):</w:t>
            </w:r>
          </w:p>
          <w:p w14:paraId="38BE2FC2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tc>
          <w:tcPr>
            <w:tcW w:w="3114" w:type="pct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EndPr/>
            <w:sdtContent>
              <w:p w14:paraId="26432B61" w14:textId="09D5BCC7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33AEED4" w14:textId="07A4BC3E" w:rsidR="004D6768" w:rsidRPr="004D6768" w:rsidRDefault="004D6768" w:rsidP="004D6768">
            <w:pPr>
              <w:tabs>
                <w:tab w:val="left" w:pos="1640"/>
              </w:tabs>
            </w:pPr>
          </w:p>
        </w:tc>
      </w:tr>
      <w:tr w:rsidR="009E4AEB" w14:paraId="452C156E" w14:textId="77777777" w:rsidTr="001C17E4">
        <w:tc>
          <w:tcPr>
            <w:tcW w:w="1886" w:type="pct"/>
          </w:tcPr>
          <w:p w14:paraId="65480A4E" w14:textId="7A82622D" w:rsidR="009E4AEB" w:rsidRPr="00597958" w:rsidRDefault="00832FE5" w:rsidP="009E4AEB">
            <w:pPr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597958">
              <w:rPr>
                <w:b/>
                <w:bCs/>
              </w:rPr>
              <w:t xml:space="preserve"> Post:</w:t>
            </w:r>
          </w:p>
          <w:p w14:paraId="2B91D0AD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EndPr/>
          <w:sdtContent>
            <w:tc>
              <w:tcPr>
                <w:tcW w:w="3114" w:type="pct"/>
              </w:tcPr>
              <w:p w14:paraId="13FF5351" w14:textId="76ACC4B8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55309A5" w14:textId="417B04D7" w:rsidR="009E4AEB" w:rsidRDefault="009E4AEB" w:rsidP="3FE541D5"/>
    <w:p w14:paraId="50627E4A" w14:textId="277579A8" w:rsidR="00597958" w:rsidRDefault="002931F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0D9DD4ED">
                <wp:simplePos x="0" y="0"/>
                <wp:positionH relativeFrom="margin">
                  <wp:align>right</wp:align>
                </wp:positionH>
                <wp:positionV relativeFrom="paragraph">
                  <wp:posOffset>1858341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1F44B57A" w:rsidR="002931FF" w:rsidRPr="00C7289B" w:rsidRDefault="00C7289B" w:rsidP="00C7289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46.35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AG513M&#10;3QAAAAgBAAAPAAAAAAAAAAAAAAAAAGgEAABkcnMvZG93bnJldi54bWxQSwUGAAAAAAQABADzAAAA&#10;cgUAAAAA&#10;">
                <v:textbox style="mso-fit-shape-to-text:t">
                  <w:txbxContent>
                    <w:p w14:paraId="0B7A552B" w14:textId="1F44B57A" w:rsidR="002931FF" w:rsidRPr="00C7289B" w:rsidRDefault="00C7289B" w:rsidP="00C7289B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>
        <w:br w:type="page"/>
      </w:r>
    </w:p>
    <w:p w14:paraId="208D7B1F" w14:textId="77777777" w:rsidR="00880DF5" w:rsidRDefault="00880DF5" w:rsidP="00880DF5">
      <w:pPr>
        <w:pStyle w:val="Heading1"/>
      </w:pPr>
      <w:r w:rsidRPr="00880DF5">
        <w:lastRenderedPageBreak/>
        <w:t>Career Objective / Personal Statement</w:t>
      </w:r>
    </w:p>
    <w:p w14:paraId="58FFF99E" w14:textId="5E89FB4C" w:rsidR="00880DF5" w:rsidRDefault="00880DF5" w:rsidP="00880DF5">
      <w:pPr>
        <w:rPr>
          <w:b/>
          <w:bCs/>
        </w:rPr>
      </w:pPr>
      <w:r w:rsidRPr="00880DF5">
        <w:rPr>
          <w:b/>
          <w:bCs/>
        </w:rPr>
        <w:t>Brief statement (250 words) outlining your motivation for a career</w:t>
      </w:r>
      <w:r w:rsidR="000C2C73">
        <w:rPr>
          <w:b/>
          <w:bCs/>
        </w:rPr>
        <w:t xml:space="preserve"> in respiratory medicine</w:t>
      </w:r>
      <w:r w:rsidRPr="00880DF5">
        <w:rPr>
          <w:b/>
          <w:bCs/>
        </w:rPr>
        <w:t>, and career goals within the HSE.</w:t>
      </w:r>
    </w:p>
    <w:sdt>
      <w:sdtPr>
        <w:id w:val="1199352235"/>
        <w:placeholder>
          <w:docPart w:val="FBB3D43A833542A1A3F03B74622B056A"/>
        </w:placeholder>
        <w:showingPlcHdr/>
      </w:sdtPr>
      <w:sdtEndPr/>
      <w:sdtContent>
        <w:p w14:paraId="753FA19C" w14:textId="749E0652" w:rsidR="00880DF5" w:rsidRDefault="00880DF5" w:rsidP="00880DF5">
          <w:r w:rsidRPr="00053B32">
            <w:rPr>
              <w:rStyle w:val="PlaceholderText"/>
            </w:rPr>
            <w:t>Click or tap here to enter text.</w:t>
          </w:r>
        </w:p>
      </w:sdtContent>
    </w:sdt>
    <w:p w14:paraId="7324600A" w14:textId="77777777" w:rsidR="00832FE5" w:rsidRDefault="00832FE5" w:rsidP="00880DF5"/>
    <w:p w14:paraId="71374119" w14:textId="77777777" w:rsidR="00832FE5" w:rsidRDefault="00832FE5" w:rsidP="00832FE5">
      <w:pPr>
        <w:pStyle w:val="Heading1"/>
      </w:pPr>
      <w:r>
        <w:t>Commitment to Specialty &amp; Career Motivation</w:t>
      </w:r>
    </w:p>
    <w:p w14:paraId="1BC0A471" w14:textId="77777777" w:rsidR="00832FE5" w:rsidRPr="00597958" w:rsidRDefault="00832FE5" w:rsidP="00832FE5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Why are you interested in this specialty? (200 words)</w:t>
      </w:r>
    </w:p>
    <w:p w14:paraId="487136D3" w14:textId="77777777" w:rsidR="00832FE5" w:rsidRDefault="00A521CE" w:rsidP="00832FE5">
      <w:sdt>
        <w:sdtPr>
          <w:id w:val="-1365520692"/>
          <w:placeholder>
            <w:docPart w:val="BE6CB3A1CC0C4137BEF5AA3AD01A1007"/>
          </w:placeholder>
          <w:showingPlcHdr/>
        </w:sdtPr>
        <w:sdtEndPr/>
        <w:sdtContent>
          <w:r w:rsidR="00832FE5" w:rsidRPr="000E7C9F">
            <w:rPr>
              <w:rStyle w:val="PlaceholderText"/>
            </w:rPr>
            <w:t>Click or tap here to enter text.</w:t>
          </w:r>
        </w:sdtContent>
      </w:sdt>
    </w:p>
    <w:p w14:paraId="3A512A33" w14:textId="77777777" w:rsidR="00832FE5" w:rsidRDefault="00832FE5" w:rsidP="00832FE5">
      <w:pPr>
        <w:pStyle w:val="ListParagraph"/>
        <w:numPr>
          <w:ilvl w:val="0"/>
          <w:numId w:val="14"/>
        </w:numPr>
        <w:rPr>
          <w:b/>
          <w:bCs/>
        </w:rPr>
      </w:pPr>
      <w:r w:rsidRPr="00846BF0">
        <w:rPr>
          <w:b/>
          <w:bCs/>
        </w:rPr>
        <w:t>What experiences have influenced your decision to pursue this area? (200 words)</w:t>
      </w:r>
    </w:p>
    <w:sdt>
      <w:sdtPr>
        <w:id w:val="407199932"/>
        <w:placeholder>
          <w:docPart w:val="AEF6C29A8E2341C69804EBC5D5D2B681"/>
        </w:placeholder>
        <w:showingPlcHdr/>
      </w:sdtPr>
      <w:sdtEndPr/>
      <w:sdtContent>
        <w:p w14:paraId="56CCAF6E" w14:textId="77777777" w:rsidR="00832FE5" w:rsidRPr="00846BF0" w:rsidRDefault="00832FE5" w:rsidP="00832FE5">
          <w:r w:rsidRPr="00F10F93">
            <w:rPr>
              <w:rStyle w:val="PlaceholderText"/>
            </w:rPr>
            <w:t>Click or tap here to enter text.</w:t>
          </w:r>
        </w:p>
      </w:sdtContent>
    </w:sdt>
    <w:p w14:paraId="0573050D" w14:textId="77777777" w:rsidR="00832FE5" w:rsidRPr="00597958" w:rsidRDefault="00832FE5" w:rsidP="00832FE5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What steps have you taken to build your career in this specialty? (e.g., rotations, audits,</w:t>
      </w:r>
      <w:r>
        <w:t xml:space="preserve"> </w:t>
      </w:r>
      <w:r w:rsidRPr="00597958">
        <w:rPr>
          <w:b/>
          <w:bCs/>
        </w:rPr>
        <w:t>courses, research) (200 words)</w:t>
      </w:r>
    </w:p>
    <w:p w14:paraId="28958164" w14:textId="77777777" w:rsidR="00832FE5" w:rsidRDefault="00A521CE" w:rsidP="00832FE5">
      <w:sdt>
        <w:sdtPr>
          <w:id w:val="-462970739"/>
          <w:placeholder>
            <w:docPart w:val="5CE894039EC34BBD97FE177B59C4C5D6"/>
          </w:placeholder>
          <w:showingPlcHdr/>
        </w:sdtPr>
        <w:sdtEndPr/>
        <w:sdtContent>
          <w:r w:rsidR="00832FE5" w:rsidRPr="000E7C9F">
            <w:rPr>
              <w:rStyle w:val="PlaceholderText"/>
            </w:rPr>
            <w:t>Click or tap here to enter text.</w:t>
          </w:r>
        </w:sdtContent>
      </w:sdt>
    </w:p>
    <w:p w14:paraId="0A919F9D" w14:textId="77777777" w:rsidR="00832FE5" w:rsidRDefault="00832FE5" w:rsidP="00832FE5">
      <w:pPr>
        <w:pStyle w:val="ListParagraph"/>
        <w:numPr>
          <w:ilvl w:val="0"/>
          <w:numId w:val="14"/>
        </w:numPr>
        <w:rPr>
          <w:b/>
          <w:bCs/>
        </w:rPr>
      </w:pPr>
      <w:r w:rsidRPr="00846BF0">
        <w:rPr>
          <w:b/>
          <w:bCs/>
        </w:rPr>
        <w:t>What are your short- and long-term career goals in this field? (200 words)</w:t>
      </w:r>
    </w:p>
    <w:sdt>
      <w:sdtPr>
        <w:id w:val="-1794284309"/>
        <w:placeholder>
          <w:docPart w:val="636E4E994A1743918FB91FC1BDC058B5"/>
        </w:placeholder>
        <w:showingPlcHdr/>
      </w:sdtPr>
      <w:sdtEndPr/>
      <w:sdtContent>
        <w:p w14:paraId="0FA50C0D" w14:textId="77777777" w:rsidR="00832FE5" w:rsidRPr="00846BF0" w:rsidRDefault="00832FE5" w:rsidP="00832FE5">
          <w:r w:rsidRPr="00F10F93">
            <w:rPr>
              <w:rStyle w:val="PlaceholderText"/>
            </w:rPr>
            <w:t>Click or tap here to enter text.</w:t>
          </w:r>
        </w:p>
      </w:sdtContent>
    </w:sdt>
    <w:p w14:paraId="05B08E8B" w14:textId="77777777" w:rsidR="00C7289B" w:rsidRDefault="00C7289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EEE1213" w14:textId="7AFE37D3" w:rsidR="00832FE5" w:rsidRDefault="003729FB" w:rsidP="00832FE5">
      <w:pPr>
        <w:pStyle w:val="Heading1"/>
      </w:pPr>
      <w:r>
        <w:lastRenderedPageBreak/>
        <w:t>Medical Education &amp; Qualifications</w:t>
      </w:r>
    </w:p>
    <w:p w14:paraId="3CA7C8C0" w14:textId="0B52FF85" w:rsidR="00832FE5" w:rsidRDefault="00832FE5" w:rsidP="00832FE5">
      <w:r>
        <w:t>Including Memberships and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832FE5" w:rsidRPr="00F4085D" w14:paraId="2CC67246" w14:textId="77777777" w:rsidTr="00B559EE">
        <w:tc>
          <w:tcPr>
            <w:tcW w:w="966" w:type="pct"/>
            <w:vAlign w:val="center"/>
          </w:tcPr>
          <w:p w14:paraId="31044130" w14:textId="77777777" w:rsidR="00832FE5" w:rsidRPr="00F4085D" w:rsidRDefault="00832FE5" w:rsidP="00B559EE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0B45A55C" w14:textId="77777777" w:rsidR="00832FE5" w:rsidRPr="00F4085D" w:rsidRDefault="00832FE5" w:rsidP="00B559EE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09E56283" w14:textId="77777777" w:rsidR="00832FE5" w:rsidRPr="00F4085D" w:rsidRDefault="00832FE5" w:rsidP="00B559EE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4000F5E2" w14:textId="77777777" w:rsidR="00832FE5" w:rsidRPr="00F4085D" w:rsidRDefault="00832FE5" w:rsidP="00B559EE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7FE5C513" w14:textId="77777777" w:rsidR="00832FE5" w:rsidRPr="00F4085D" w:rsidRDefault="00832FE5" w:rsidP="00B559EE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</w:tr>
      <w:tr w:rsidR="00832FE5" w14:paraId="1721D73E" w14:textId="77777777" w:rsidTr="00B559EE">
        <w:sdt>
          <w:sdtPr>
            <w:id w:val="908119073"/>
            <w:placeholder>
              <w:docPart w:val="40CCEE6A63FD44E29884D4439D2609C3"/>
            </w:placeholder>
            <w:showingPlcHdr/>
          </w:sdtPr>
          <w:sdtEndPr/>
          <w:sdtContent>
            <w:tc>
              <w:tcPr>
                <w:tcW w:w="966" w:type="pct"/>
              </w:tcPr>
              <w:p w14:paraId="541AB162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5923EEF1403B4AB5A4F6537FB2880C52"/>
            </w:placeholder>
            <w:showingPlcHdr/>
          </w:sdtPr>
          <w:sdtEndPr/>
          <w:sdtContent>
            <w:tc>
              <w:tcPr>
                <w:tcW w:w="959" w:type="pct"/>
              </w:tcPr>
              <w:p w14:paraId="1F13E128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990EF609804746BFA6B45158254E1CCC"/>
            </w:placeholder>
            <w:showingPlcHdr/>
          </w:sdtPr>
          <w:sdtEndPr/>
          <w:sdtContent>
            <w:tc>
              <w:tcPr>
                <w:tcW w:w="980" w:type="pct"/>
              </w:tcPr>
              <w:p w14:paraId="58B18C3A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AC68539976DB426FBFE348180E213D1C"/>
            </w:placeholder>
            <w:showingPlcHdr/>
          </w:sdtPr>
          <w:sdtEndPr/>
          <w:sdtContent>
            <w:tc>
              <w:tcPr>
                <w:tcW w:w="976" w:type="pct"/>
              </w:tcPr>
              <w:p w14:paraId="2E5D7EF6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3DC80CD" w14:textId="77777777" w:rsidR="00832FE5" w:rsidRDefault="00832FE5" w:rsidP="00B559EE">
            <w:pPr>
              <w:jc w:val="center"/>
            </w:pPr>
            <w:r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D4625B8" w14:textId="77777777" w:rsidR="00832FE5" w:rsidRDefault="00832FE5" w:rsidP="00B559EE">
            <w:pPr>
              <w:jc w:val="center"/>
            </w:pPr>
            <w:r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32FE5" w14:paraId="5A5C4673" w14:textId="77777777" w:rsidTr="00B559EE">
        <w:sdt>
          <w:sdtPr>
            <w:id w:val="91911584"/>
            <w:placeholder>
              <w:docPart w:val="990D1BD045D344618D2A0026986ACB40"/>
            </w:placeholder>
            <w:showingPlcHdr/>
          </w:sdtPr>
          <w:sdtEndPr/>
          <w:sdtContent>
            <w:tc>
              <w:tcPr>
                <w:tcW w:w="966" w:type="pct"/>
              </w:tcPr>
              <w:p w14:paraId="084B1F5F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64D58CF4FF4F40D08CFF6C7D98285CB2"/>
            </w:placeholder>
            <w:showingPlcHdr/>
          </w:sdtPr>
          <w:sdtEndPr/>
          <w:sdtContent>
            <w:tc>
              <w:tcPr>
                <w:tcW w:w="959" w:type="pct"/>
              </w:tcPr>
              <w:p w14:paraId="44FF3BAE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836A8B817F414B3FBB913BF878A1D976"/>
            </w:placeholder>
            <w:showingPlcHdr/>
          </w:sdtPr>
          <w:sdtEndPr/>
          <w:sdtContent>
            <w:tc>
              <w:tcPr>
                <w:tcW w:w="980" w:type="pct"/>
              </w:tcPr>
              <w:p w14:paraId="0EA15695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E10954396B694DCA81F0643D68B6E5BE"/>
            </w:placeholder>
            <w:showingPlcHdr/>
          </w:sdtPr>
          <w:sdtEndPr/>
          <w:sdtContent>
            <w:tc>
              <w:tcPr>
                <w:tcW w:w="976" w:type="pct"/>
              </w:tcPr>
              <w:p w14:paraId="5E8359D5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701A3A0F" w14:textId="77777777" w:rsidR="00832FE5" w:rsidRDefault="00832FE5" w:rsidP="00B559EE">
            <w:pPr>
              <w:jc w:val="center"/>
            </w:pPr>
            <w:r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932510E" w14:textId="77777777" w:rsidR="00832FE5" w:rsidRDefault="00832FE5" w:rsidP="00B559EE">
            <w:pPr>
              <w:jc w:val="center"/>
            </w:pPr>
            <w:r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32FE5" w14:paraId="7FD244BB" w14:textId="77777777" w:rsidTr="00B559EE">
        <w:sdt>
          <w:sdtPr>
            <w:id w:val="-1907910357"/>
            <w:placeholder>
              <w:docPart w:val="EEB1CEA7FA2B47E1A38B5827965DABDD"/>
            </w:placeholder>
            <w:showingPlcHdr/>
          </w:sdtPr>
          <w:sdtEndPr/>
          <w:sdtContent>
            <w:tc>
              <w:tcPr>
                <w:tcW w:w="966" w:type="pct"/>
              </w:tcPr>
              <w:p w14:paraId="210784BE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89F948ADF85243E4A9375A96BAA7B8BA"/>
            </w:placeholder>
            <w:showingPlcHdr/>
          </w:sdtPr>
          <w:sdtEndPr/>
          <w:sdtContent>
            <w:tc>
              <w:tcPr>
                <w:tcW w:w="959" w:type="pct"/>
              </w:tcPr>
              <w:p w14:paraId="387C3422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9D841703EAB24BBAB6F4E3734DE5A904"/>
            </w:placeholder>
            <w:showingPlcHdr/>
          </w:sdtPr>
          <w:sdtEndPr/>
          <w:sdtContent>
            <w:tc>
              <w:tcPr>
                <w:tcW w:w="980" w:type="pct"/>
              </w:tcPr>
              <w:p w14:paraId="0FE8BE4B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12B32E1ADBAF403D9E6C38567FB5E27F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ED8F0BA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1397F33A" w14:textId="77777777" w:rsidR="00832FE5" w:rsidRDefault="00832FE5" w:rsidP="00B559EE">
            <w:pPr>
              <w:jc w:val="center"/>
            </w:pPr>
            <w:r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75AC206" w14:textId="77777777" w:rsidR="00832FE5" w:rsidRDefault="00832FE5" w:rsidP="00B559EE">
            <w:pPr>
              <w:jc w:val="center"/>
            </w:pPr>
            <w:r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EndPr/>
        <w:sdtContent>
          <w:sdt>
            <w:sdtPr>
              <w:id w:val="-798216025"/>
              <w:placeholder>
                <w:docPart w:val="43C860214DA049CB9E22862C1E520133"/>
              </w:placeholder>
              <w15:repeatingSectionItem/>
            </w:sdtPr>
            <w:sdtEndPr/>
            <w:sdtContent>
              <w:tr w:rsidR="00832FE5" w14:paraId="2A079F7D" w14:textId="77777777" w:rsidTr="00B559EE">
                <w:sdt>
                  <w:sdtPr>
                    <w:id w:val="-1580284213"/>
                    <w:placeholder>
                      <w:docPart w:val="BD2DDAF846B041B8902BB154EE24FC09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40A3B0FF" w14:textId="77777777" w:rsidR="00832FE5" w:rsidRDefault="00832FE5" w:rsidP="00B559EE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58483952943F4B4B802F128292745EAA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62C9F23D" w14:textId="77777777" w:rsidR="00832FE5" w:rsidRDefault="00832FE5" w:rsidP="00B559EE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DF7B470012D64B2CA74AF8580DE55A0F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785EF290" w14:textId="77777777" w:rsidR="00832FE5" w:rsidRDefault="00832FE5" w:rsidP="00B559EE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6E00A98C22B54DD996448D43BD9FF176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6D8C676F" w14:textId="77777777" w:rsidR="00832FE5" w:rsidRDefault="00832FE5" w:rsidP="00B559EE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3E690788" w14:textId="77777777" w:rsidR="00832FE5" w:rsidRDefault="00832FE5" w:rsidP="00B559E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5E52D022" w14:textId="77777777" w:rsidR="00832FE5" w:rsidRDefault="00832FE5" w:rsidP="00B559E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929C600C0D0B4CE1BF4F212FEEF15EDE"/>
              </w:placeholder>
              <w15:repeatingSectionItem/>
            </w:sdtPr>
            <w:sdtEndPr/>
            <w:sdtContent>
              <w:tr w:rsidR="00832FE5" w14:paraId="2CC80662" w14:textId="77777777" w:rsidTr="00B559EE">
                <w:sdt>
                  <w:sdtPr>
                    <w:id w:val="645398200"/>
                    <w:placeholder>
                      <w:docPart w:val="7DBEA59A68644D72BE4E561ADB6D9DC3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017E50E9" w14:textId="77777777" w:rsidR="00832FE5" w:rsidRDefault="00832FE5" w:rsidP="00B559EE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DCECA03B79274218B19DC1F1F329ADC9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65F2AD98" w14:textId="77777777" w:rsidR="00832FE5" w:rsidRDefault="00832FE5" w:rsidP="00B559EE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80BB5158B5994AC2BCB4F5C813C9D8AA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29FA8DD7" w14:textId="77777777" w:rsidR="00832FE5" w:rsidRDefault="00832FE5" w:rsidP="00B559EE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4FE46D06FEC54099A1ED25626069B67F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0C204C72" w14:textId="77777777" w:rsidR="00832FE5" w:rsidRDefault="00832FE5" w:rsidP="00B559EE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4E217500" w14:textId="77777777" w:rsidR="00832FE5" w:rsidRDefault="00832FE5" w:rsidP="00B559E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749254B1" w14:textId="77777777" w:rsidR="00832FE5" w:rsidRDefault="00832FE5" w:rsidP="00B559E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34F09355" w14:textId="77777777" w:rsidR="00C7289B" w:rsidRDefault="00C7289B" w:rsidP="00C7289B"/>
    <w:p w14:paraId="75B4FEB0" w14:textId="61592BC2" w:rsidR="3FE541D5" w:rsidRDefault="004C5511" w:rsidP="003A0599">
      <w:pPr>
        <w:pStyle w:val="Heading1"/>
      </w:pPr>
      <w:r>
        <w:t>C</w:t>
      </w:r>
      <w:r w:rsidR="002D7D98">
        <w:t>urrent Professional Registrations</w:t>
      </w:r>
      <w:r w:rsidR="00F4085D">
        <w:t xml:space="preserve"> </w:t>
      </w:r>
      <w:r w:rsidR="2D96377B">
        <w:t xml:space="preserve">(IMC, GMC, </w:t>
      </w:r>
      <w:proofErr w:type="spellStart"/>
      <w:r w:rsidR="2D96377B">
        <w:t>etc</w:t>
      </w:r>
      <w:proofErr w:type="spellEnd"/>
      <w:r w:rsidR="2D96377B"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F4085D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F4085D" w:rsidRPr="00F4085D">
              <w:rPr>
                <w:b/>
                <w:bCs/>
              </w:rPr>
              <w:t xml:space="preserve"> Attached</w:t>
            </w:r>
          </w:p>
        </w:tc>
      </w:tr>
      <w:tr w:rsidR="002D7D98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EndPr/>
          <w:sdtContent>
            <w:tc>
              <w:tcPr>
                <w:tcW w:w="749" w:type="pct"/>
              </w:tcPr>
              <w:p w14:paraId="5DE52878" w14:textId="705B3DA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3B4E7722" w14:textId="48736194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EndPr/>
          <w:sdtContent>
            <w:tc>
              <w:tcPr>
                <w:tcW w:w="818" w:type="pct"/>
              </w:tcPr>
              <w:p w14:paraId="4433956D" w14:textId="37C027FA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C3D30A3" w14:textId="7A36AFB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E8C2E90" w14:textId="2B1B9F91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Default="001B2E81" w:rsidP="00597958">
            <w:pPr>
              <w:jc w:val="center"/>
            </w:pPr>
            <w:r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Default="001B2E81" w:rsidP="00597958">
            <w:pPr>
              <w:jc w:val="center"/>
            </w:pPr>
            <w:r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B1663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F6A3CE1" w14:textId="0D7E4A4E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49AE3929" w14:textId="3DEBA96A" w:rsidR="00B16633" w:rsidRDefault="00574D7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818" w:type="pct"/>
              </w:tcPr>
              <w:p w14:paraId="3BD3C74A" w14:textId="551BEA73" w:rsidR="00B16633" w:rsidRDefault="00574D7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6914337" w14:textId="7811E02E" w:rsidR="00B16633" w:rsidRDefault="00574D7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DCC6CF2" w14:textId="2DB5AD3D" w:rsidR="00B16633" w:rsidRDefault="00574D7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5160684" w14:textId="3068EB49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22" w:type="pct"/>
              </w:tcPr>
              <w:p w14:paraId="0904B07A" w14:textId="09D21609" w:rsidR="00B16633" w:rsidRDefault="00574D7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818" w:type="pct"/>
              </w:tcPr>
              <w:p w14:paraId="13F2E67B" w14:textId="0C72412E" w:rsidR="00B16633" w:rsidRDefault="00574D7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880ABF6" w14:textId="3D6FAC73" w:rsidR="00B16633" w:rsidRDefault="00574D7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87" w:type="pct"/>
              </w:tcPr>
              <w:p w14:paraId="2B51EDCF" w14:textId="41408548" w:rsidR="00B16633" w:rsidRDefault="00574D7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EndPr/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B1663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49" w:type="pct"/>
                      </w:tcPr>
                      <w:p w14:paraId="220FAB30" w14:textId="7FD7EF89" w:rsidR="00B16633" w:rsidRDefault="00B16633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22" w:type="pct"/>
                      </w:tcPr>
                      <w:p w14:paraId="4E270E41" w14:textId="576CF1DB" w:rsidR="00B16633" w:rsidRDefault="00574D74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818" w:type="pct"/>
                      </w:tcPr>
                      <w:p w14:paraId="4B5AA7D5" w14:textId="1BAD6272" w:rsidR="00B16633" w:rsidRDefault="00574D74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6FE57682" w14:textId="223DDB0E" w:rsidR="00B16633" w:rsidRDefault="00574D74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87" w:type="pct"/>
                      </w:tcPr>
                      <w:p w14:paraId="51005B27" w14:textId="4A5C5823" w:rsidR="00B16633" w:rsidRDefault="00574D74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Default="001B2E81" w:rsidP="001B2E81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Default="001B2E81" w:rsidP="001B2E81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4E06CE75" w14:textId="77777777" w:rsidR="002D7D98" w:rsidRDefault="002D7D98"/>
    <w:p w14:paraId="14AD253B" w14:textId="026889F5" w:rsidR="00214ECC" w:rsidRDefault="003729FB" w:rsidP="003A0599">
      <w:pPr>
        <w:pStyle w:val="Heading1"/>
      </w:pPr>
      <w:r>
        <w:lastRenderedPageBreak/>
        <w:t xml:space="preserve">Clinical </w:t>
      </w:r>
      <w:r w:rsidR="00832FE5">
        <w:t>Employment 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832FE5" w14:paraId="22BC5C99" w14:textId="77777777" w:rsidTr="00B559EE">
        <w:tc>
          <w:tcPr>
            <w:tcW w:w="9350" w:type="dxa"/>
            <w:gridSpan w:val="2"/>
          </w:tcPr>
          <w:p w14:paraId="5CED9D67" w14:textId="2F942B04" w:rsidR="00832FE5" w:rsidRDefault="00832FE5" w:rsidP="00B559E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EE84BD60B97D4CB1AC1763FF62800D15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32FE5" w14:paraId="4FA7A2DF" w14:textId="77777777" w:rsidTr="00B559EE">
        <w:tc>
          <w:tcPr>
            <w:tcW w:w="2547" w:type="dxa"/>
          </w:tcPr>
          <w:p w14:paraId="2F392DCE" w14:textId="77777777" w:rsidR="00832FE5" w:rsidRDefault="00832FE5" w:rsidP="00B559E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98CBC4D5ED714C2DA3DEC935B9E8B7B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3F9EF19B" w14:textId="77777777" w:rsidR="00832FE5" w:rsidRDefault="00832FE5" w:rsidP="00B559EE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2FE5" w14:paraId="40864602" w14:textId="77777777" w:rsidTr="00B559EE">
        <w:tc>
          <w:tcPr>
            <w:tcW w:w="2547" w:type="dxa"/>
          </w:tcPr>
          <w:p w14:paraId="6D201D80" w14:textId="77777777" w:rsidR="00832FE5" w:rsidRDefault="00832FE5" w:rsidP="00B559E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43DB8AE9A23641849CE784561674A09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0418A533" w14:textId="77777777" w:rsidR="00832FE5" w:rsidRDefault="00832FE5" w:rsidP="00B559EE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2FE5" w14:paraId="35BBE896" w14:textId="77777777" w:rsidTr="00B559EE">
        <w:tc>
          <w:tcPr>
            <w:tcW w:w="2547" w:type="dxa"/>
          </w:tcPr>
          <w:p w14:paraId="7A388234" w14:textId="77777777" w:rsidR="00832FE5" w:rsidRDefault="00832FE5" w:rsidP="00B559E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62FA13A95F984D8394DC41917BF39972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4E81008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15D4435F" w14:textId="77777777" w:rsidTr="00B559EE">
        <w:tc>
          <w:tcPr>
            <w:tcW w:w="2547" w:type="dxa"/>
          </w:tcPr>
          <w:p w14:paraId="04D688A1" w14:textId="77777777" w:rsidR="00832FE5" w:rsidRDefault="00832FE5" w:rsidP="00B559E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2F890880660149008236D452A05D359D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35443C90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68905F4D" w14:textId="77777777" w:rsidTr="00B559EE">
        <w:tc>
          <w:tcPr>
            <w:tcW w:w="2547" w:type="dxa"/>
            <w:vAlign w:val="center"/>
          </w:tcPr>
          <w:p w14:paraId="0B294BF0" w14:textId="77777777" w:rsidR="00832FE5" w:rsidRDefault="00832FE5" w:rsidP="00B559EE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1231271951"/>
            <w:placeholder>
              <w:docPart w:val="CBDC400748014FD9A86F883B28B8D062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A52E10C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2A07B90E" w14:textId="77777777" w:rsidTr="00B559EE">
        <w:tc>
          <w:tcPr>
            <w:tcW w:w="2547" w:type="dxa"/>
            <w:tcBorders>
              <w:bottom w:val="single" w:sz="4" w:space="0" w:color="auto"/>
            </w:tcBorders>
          </w:tcPr>
          <w:p w14:paraId="05A4F3EE" w14:textId="77777777" w:rsidR="00832FE5" w:rsidRDefault="00832FE5" w:rsidP="00B559EE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E816FF6B00004F4D8B633F5AA1A33F46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242E949B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5EC5A815" w14:textId="77777777" w:rsidTr="00B559E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531127" w14:textId="7E988A6B" w:rsidR="00832FE5" w:rsidRDefault="00832FE5" w:rsidP="00B559EE"/>
        </w:tc>
      </w:tr>
      <w:tr w:rsidR="00832FE5" w14:paraId="01B5ED98" w14:textId="77777777" w:rsidTr="00B559EE">
        <w:tc>
          <w:tcPr>
            <w:tcW w:w="9350" w:type="dxa"/>
            <w:gridSpan w:val="2"/>
          </w:tcPr>
          <w:p w14:paraId="5FCE2031" w14:textId="71405D2F" w:rsidR="00832FE5" w:rsidRDefault="00832FE5" w:rsidP="00B559E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77EBCA7932D44A6B988B5CFEB84A52ED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32FE5" w14:paraId="32DF6670" w14:textId="77777777" w:rsidTr="00B559EE">
        <w:tc>
          <w:tcPr>
            <w:tcW w:w="2547" w:type="dxa"/>
          </w:tcPr>
          <w:p w14:paraId="3B688203" w14:textId="77777777" w:rsidR="00832FE5" w:rsidRDefault="00832FE5" w:rsidP="00B559E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FB123C53024A4A7CA662972421CBED5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335083DC" w14:textId="77777777" w:rsidR="00832FE5" w:rsidRDefault="00832FE5" w:rsidP="00B559EE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2FE5" w14:paraId="74DDE91F" w14:textId="77777777" w:rsidTr="00B559EE">
        <w:tc>
          <w:tcPr>
            <w:tcW w:w="2547" w:type="dxa"/>
          </w:tcPr>
          <w:p w14:paraId="3F69B685" w14:textId="77777777" w:rsidR="00832FE5" w:rsidRDefault="00832FE5" w:rsidP="00B559E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9A177CD5168042899B8B6CD00F06DA6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558BF25E" w14:textId="77777777" w:rsidR="00832FE5" w:rsidRDefault="00832FE5" w:rsidP="00B559EE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2FE5" w14:paraId="128E6E81" w14:textId="77777777" w:rsidTr="00B559EE">
        <w:tc>
          <w:tcPr>
            <w:tcW w:w="2547" w:type="dxa"/>
          </w:tcPr>
          <w:p w14:paraId="00453676" w14:textId="77777777" w:rsidR="00832FE5" w:rsidRDefault="00832FE5" w:rsidP="00B559E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6997A66AD12F4E4BB9F4AC58DC294E3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A470B6E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063AEC2A" w14:textId="77777777" w:rsidTr="00B559EE">
        <w:tc>
          <w:tcPr>
            <w:tcW w:w="2547" w:type="dxa"/>
          </w:tcPr>
          <w:p w14:paraId="7D32102B" w14:textId="77777777" w:rsidR="00832FE5" w:rsidRDefault="00832FE5" w:rsidP="00B559E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67A4AB91616548879E51F36DFF2BA248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04A34280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40A08348" w14:textId="77777777" w:rsidTr="00B559EE">
        <w:tc>
          <w:tcPr>
            <w:tcW w:w="2547" w:type="dxa"/>
            <w:vAlign w:val="center"/>
          </w:tcPr>
          <w:p w14:paraId="1D82BB8F" w14:textId="77777777" w:rsidR="00832FE5" w:rsidRDefault="00832FE5" w:rsidP="00B559EE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212111084"/>
            <w:placeholder>
              <w:docPart w:val="02CDB858CF5D4425B14CF6B868BC0F9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3B622E8C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74B1C505" w14:textId="77777777" w:rsidTr="00B559EE">
        <w:tc>
          <w:tcPr>
            <w:tcW w:w="2547" w:type="dxa"/>
            <w:tcBorders>
              <w:bottom w:val="single" w:sz="4" w:space="0" w:color="auto"/>
            </w:tcBorders>
          </w:tcPr>
          <w:p w14:paraId="68D93380" w14:textId="77777777" w:rsidR="00832FE5" w:rsidRDefault="00832FE5" w:rsidP="00B559EE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0E3901ADFA524D6CB7E146C084A69A65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F99A73D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50F8D0ED" w14:textId="77777777" w:rsidTr="00B559E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E04661" w14:textId="1B6AF4DC" w:rsidR="00832FE5" w:rsidRDefault="00832FE5" w:rsidP="00B559EE"/>
        </w:tc>
      </w:tr>
      <w:tr w:rsidR="00C7289B" w14:paraId="5501C957" w14:textId="77777777" w:rsidTr="00B559EE">
        <w:tc>
          <w:tcPr>
            <w:tcW w:w="9350" w:type="dxa"/>
            <w:gridSpan w:val="2"/>
          </w:tcPr>
          <w:p w14:paraId="57398720" w14:textId="24A8E080" w:rsidR="00C7289B" w:rsidRDefault="00C7289B" w:rsidP="00B559E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1339502341"/>
                <w:placeholder>
                  <w:docPart w:val="6E27EDF4462C42D699720A7922D3021E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7289B" w14:paraId="1E1FA93F" w14:textId="77777777" w:rsidTr="00B559EE">
        <w:tc>
          <w:tcPr>
            <w:tcW w:w="2547" w:type="dxa"/>
          </w:tcPr>
          <w:p w14:paraId="4095EBF7" w14:textId="77777777" w:rsidR="00C7289B" w:rsidRDefault="00C7289B" w:rsidP="00B559E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306825955"/>
            <w:placeholder>
              <w:docPart w:val="7FFBF5A0E8C34ACC9AB087B09F7153B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528A4902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791A2725" w14:textId="77777777" w:rsidTr="00B559EE">
        <w:tc>
          <w:tcPr>
            <w:tcW w:w="2547" w:type="dxa"/>
          </w:tcPr>
          <w:p w14:paraId="3FAC8F5B" w14:textId="77777777" w:rsidR="00C7289B" w:rsidRDefault="00C7289B" w:rsidP="00B559E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-794829167"/>
            <w:placeholder>
              <w:docPart w:val="070CEBCD0D95447BA156A44D902E572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5A047C1C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1F2254B2" w14:textId="77777777" w:rsidTr="00B559EE">
        <w:tc>
          <w:tcPr>
            <w:tcW w:w="2547" w:type="dxa"/>
          </w:tcPr>
          <w:p w14:paraId="7B5CA2A2" w14:textId="77777777" w:rsidR="00C7289B" w:rsidRDefault="00C7289B" w:rsidP="00B559E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947383921"/>
            <w:placeholder>
              <w:docPart w:val="073BE4D4ADD9435EA8FAFA8523AAB034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BD82C25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321CBFF2" w14:textId="77777777" w:rsidTr="00B559EE">
        <w:tc>
          <w:tcPr>
            <w:tcW w:w="2547" w:type="dxa"/>
          </w:tcPr>
          <w:p w14:paraId="0317EE8F" w14:textId="77777777" w:rsidR="00C7289B" w:rsidRDefault="00C7289B" w:rsidP="00B559E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650911897"/>
            <w:placeholder>
              <w:docPart w:val="25E9A1EB91CC47E1870654D615EF79DD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82798C6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0873EAC4" w14:textId="77777777" w:rsidTr="00B559EE">
        <w:tc>
          <w:tcPr>
            <w:tcW w:w="2547" w:type="dxa"/>
            <w:vAlign w:val="center"/>
          </w:tcPr>
          <w:p w14:paraId="13FC737E" w14:textId="77777777" w:rsidR="00C7289B" w:rsidRDefault="00C7289B" w:rsidP="00B559EE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888419570"/>
            <w:placeholder>
              <w:docPart w:val="D5B4B6748D544FAD8FEEC5D3283C5BE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6E774AD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4226A13E" w14:textId="77777777" w:rsidTr="00B559EE">
        <w:tc>
          <w:tcPr>
            <w:tcW w:w="2547" w:type="dxa"/>
            <w:tcBorders>
              <w:bottom w:val="single" w:sz="4" w:space="0" w:color="auto"/>
            </w:tcBorders>
          </w:tcPr>
          <w:p w14:paraId="6202137A" w14:textId="77777777" w:rsidR="00C7289B" w:rsidRDefault="00C7289B" w:rsidP="00B559EE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1024514781"/>
            <w:placeholder>
              <w:docPart w:val="9993791CC4EB4D8A9ADDCFF303032C33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4B22AF5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4D0BBCD9" w14:textId="77777777" w:rsidTr="00B559E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048FC1" w14:textId="3840AFE6" w:rsidR="00C7289B" w:rsidRDefault="00C7289B" w:rsidP="00B559EE"/>
        </w:tc>
      </w:tr>
      <w:tr w:rsidR="00C7289B" w14:paraId="3BFE51A9" w14:textId="77777777" w:rsidTr="00B559EE">
        <w:tc>
          <w:tcPr>
            <w:tcW w:w="9350" w:type="dxa"/>
            <w:gridSpan w:val="2"/>
          </w:tcPr>
          <w:p w14:paraId="47CA6E82" w14:textId="02B4406D" w:rsidR="00C7289B" w:rsidRDefault="00C7289B" w:rsidP="00B559E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155905570"/>
                <w:placeholder>
                  <w:docPart w:val="A47670D251ED4DC3A722B065D324F506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7289B" w14:paraId="7A088CC6" w14:textId="77777777" w:rsidTr="00B559EE">
        <w:tc>
          <w:tcPr>
            <w:tcW w:w="2547" w:type="dxa"/>
          </w:tcPr>
          <w:p w14:paraId="268F9178" w14:textId="77777777" w:rsidR="00C7289B" w:rsidRDefault="00C7289B" w:rsidP="00B559E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991745822"/>
            <w:placeholder>
              <w:docPart w:val="FD87548EFE1C47F79861BD0E5D32D10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CCC7099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7FA01A5D" w14:textId="77777777" w:rsidTr="00B559EE">
        <w:tc>
          <w:tcPr>
            <w:tcW w:w="2547" w:type="dxa"/>
          </w:tcPr>
          <w:p w14:paraId="350D770D" w14:textId="77777777" w:rsidR="00C7289B" w:rsidRDefault="00C7289B" w:rsidP="00B559E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585797647"/>
            <w:placeholder>
              <w:docPart w:val="E2BA4F8CFDFD4AADBCB70286BECDA06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09CEF95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1F88150E" w14:textId="77777777" w:rsidTr="00B559EE">
        <w:tc>
          <w:tcPr>
            <w:tcW w:w="2547" w:type="dxa"/>
          </w:tcPr>
          <w:p w14:paraId="3C206FED" w14:textId="77777777" w:rsidR="00C7289B" w:rsidRDefault="00C7289B" w:rsidP="00B559E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051887467"/>
            <w:placeholder>
              <w:docPart w:val="F85E9D41D1044DF8B84D529F6F829177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372A09A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472FEC32" w14:textId="77777777" w:rsidTr="00B559EE">
        <w:tc>
          <w:tcPr>
            <w:tcW w:w="2547" w:type="dxa"/>
          </w:tcPr>
          <w:p w14:paraId="429C7D26" w14:textId="77777777" w:rsidR="00C7289B" w:rsidRDefault="00C7289B" w:rsidP="00B559E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1932466901"/>
            <w:placeholder>
              <w:docPart w:val="089C8F9B4881424AB395885245D867CD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0879E417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43997FDB" w14:textId="77777777" w:rsidTr="00B559EE">
        <w:tc>
          <w:tcPr>
            <w:tcW w:w="2547" w:type="dxa"/>
            <w:vAlign w:val="center"/>
          </w:tcPr>
          <w:p w14:paraId="14850997" w14:textId="77777777" w:rsidR="00C7289B" w:rsidRDefault="00C7289B" w:rsidP="00B559EE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572352260"/>
            <w:placeholder>
              <w:docPart w:val="58F02B09088A43CC894641FCE5E69364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ECDAE03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2167E1F0" w14:textId="77777777" w:rsidTr="00B559EE">
        <w:tc>
          <w:tcPr>
            <w:tcW w:w="2547" w:type="dxa"/>
            <w:tcBorders>
              <w:bottom w:val="single" w:sz="4" w:space="0" w:color="auto"/>
            </w:tcBorders>
          </w:tcPr>
          <w:p w14:paraId="72CADB6F" w14:textId="77777777" w:rsidR="00C7289B" w:rsidRDefault="00C7289B" w:rsidP="00B559EE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274221744"/>
            <w:placeholder>
              <w:docPart w:val="117CAAF56CE64E109CC7FED2056DDD63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B511A39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02071C0D" w14:textId="77777777" w:rsidTr="00B559E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5376F3" w14:textId="7EFE73FA" w:rsidR="00C7289B" w:rsidRDefault="00C7289B" w:rsidP="00B559EE"/>
        </w:tc>
      </w:tr>
      <w:tr w:rsidR="00C7289B" w14:paraId="6DD10E18" w14:textId="77777777" w:rsidTr="00B559EE">
        <w:tc>
          <w:tcPr>
            <w:tcW w:w="9350" w:type="dxa"/>
            <w:gridSpan w:val="2"/>
          </w:tcPr>
          <w:p w14:paraId="70C5C2DA" w14:textId="6CB123CF" w:rsidR="00C7289B" w:rsidRDefault="00C7289B" w:rsidP="00B559E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968638884"/>
                <w:placeholder>
                  <w:docPart w:val="44A03F03C0C84EA5AFE40DAB3E694A7B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7289B" w14:paraId="79DA1766" w14:textId="77777777" w:rsidTr="00B559EE">
        <w:tc>
          <w:tcPr>
            <w:tcW w:w="2547" w:type="dxa"/>
          </w:tcPr>
          <w:p w14:paraId="081693F3" w14:textId="77777777" w:rsidR="00C7289B" w:rsidRDefault="00C7289B" w:rsidP="00B559EE">
            <w:r w:rsidRPr="00F4085D">
              <w:rPr>
                <w:b/>
                <w:bCs/>
              </w:rPr>
              <w:lastRenderedPageBreak/>
              <w:t>Start Date</w:t>
            </w:r>
          </w:p>
        </w:tc>
        <w:sdt>
          <w:sdtPr>
            <w:id w:val="-1867970941"/>
            <w:placeholder>
              <w:docPart w:val="65C1F40CD0424DBA83EE842DC6C9D87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5369409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0A0ED66A" w14:textId="77777777" w:rsidTr="00B559EE">
        <w:tc>
          <w:tcPr>
            <w:tcW w:w="2547" w:type="dxa"/>
          </w:tcPr>
          <w:p w14:paraId="3EC0A71B" w14:textId="77777777" w:rsidR="00C7289B" w:rsidRDefault="00C7289B" w:rsidP="00B559E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693195217"/>
            <w:placeholder>
              <w:docPart w:val="24778583C60D4B25BDD7D716A7D3E5C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7FD784CE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1AFF4413" w14:textId="77777777" w:rsidTr="00B559EE">
        <w:tc>
          <w:tcPr>
            <w:tcW w:w="2547" w:type="dxa"/>
          </w:tcPr>
          <w:p w14:paraId="7644527B" w14:textId="77777777" w:rsidR="00C7289B" w:rsidRDefault="00C7289B" w:rsidP="00B559E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318245517"/>
            <w:placeholder>
              <w:docPart w:val="753650C949114E7480D8BBF9AB425D75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361D3ECE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782E2B93" w14:textId="77777777" w:rsidTr="00B559EE">
        <w:tc>
          <w:tcPr>
            <w:tcW w:w="2547" w:type="dxa"/>
          </w:tcPr>
          <w:p w14:paraId="4DE33B35" w14:textId="77777777" w:rsidR="00C7289B" w:rsidRDefault="00C7289B" w:rsidP="00B559E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59146827"/>
            <w:placeholder>
              <w:docPart w:val="291BA07E71C84E7683218CBF6C2D727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16343D6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3B66A222" w14:textId="77777777" w:rsidTr="00B559EE">
        <w:tc>
          <w:tcPr>
            <w:tcW w:w="2547" w:type="dxa"/>
            <w:vAlign w:val="center"/>
          </w:tcPr>
          <w:p w14:paraId="1E4AA782" w14:textId="77777777" w:rsidR="00C7289B" w:rsidRDefault="00C7289B" w:rsidP="00B559EE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782267502"/>
            <w:placeholder>
              <w:docPart w:val="679B1967D9E24D1085F469E5C8920DDE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3108D881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3E9800BF" w14:textId="77777777" w:rsidTr="00B559EE">
        <w:tc>
          <w:tcPr>
            <w:tcW w:w="2547" w:type="dxa"/>
            <w:tcBorders>
              <w:bottom w:val="single" w:sz="4" w:space="0" w:color="auto"/>
            </w:tcBorders>
          </w:tcPr>
          <w:p w14:paraId="6B66C0F3" w14:textId="77777777" w:rsidR="00C7289B" w:rsidRDefault="00C7289B" w:rsidP="00B559EE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1422784234"/>
            <w:placeholder>
              <w:docPart w:val="DDA6F04E67ED421BA511255E22C63BF6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00518DF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7FCA8859" w14:textId="77777777" w:rsidTr="00B559E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618224" w14:textId="5C8D30C0" w:rsidR="00C7289B" w:rsidRDefault="00C7289B" w:rsidP="00B559EE"/>
        </w:tc>
      </w:tr>
    </w:tbl>
    <w:p w14:paraId="7AFEBB80" w14:textId="77777777" w:rsidR="00C7289B" w:rsidRDefault="00C7289B" w:rsidP="00832FE5">
      <w:pPr>
        <w:pStyle w:val="Heading1"/>
      </w:pPr>
    </w:p>
    <w:p w14:paraId="63747772" w14:textId="77777777" w:rsidR="00C7289B" w:rsidRDefault="00C7289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6B7B325C" w14:textId="196C1BD5" w:rsidR="00832FE5" w:rsidRDefault="00832FE5" w:rsidP="00832FE5">
      <w:pPr>
        <w:pStyle w:val="Heading1"/>
      </w:pPr>
      <w:r>
        <w:lastRenderedPageBreak/>
        <w:t>Audit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32FE5" w14:paraId="3CBE61DF" w14:textId="77777777" w:rsidTr="00B559EE">
        <w:tc>
          <w:tcPr>
            <w:tcW w:w="9350" w:type="dxa"/>
            <w:gridSpan w:val="2"/>
          </w:tcPr>
          <w:p w14:paraId="1080EADA" w14:textId="5D814C9C" w:rsidR="00832FE5" w:rsidRDefault="00832FE5" w:rsidP="00B559EE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212458574"/>
                <w:placeholder>
                  <w:docPart w:val="294FAD3F80C74E4393031BAE5F988F41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32FE5" w14:paraId="33F48248" w14:textId="77777777" w:rsidTr="00B559EE">
        <w:tc>
          <w:tcPr>
            <w:tcW w:w="2830" w:type="dxa"/>
            <w:vAlign w:val="center"/>
          </w:tcPr>
          <w:p w14:paraId="6EBD7616" w14:textId="0B1044F3" w:rsidR="00832FE5" w:rsidRDefault="00832FE5" w:rsidP="00B559EE">
            <w:r>
              <w:rPr>
                <w:b/>
                <w:bCs/>
              </w:rPr>
              <w:t>Location:</w:t>
            </w:r>
          </w:p>
        </w:tc>
        <w:sdt>
          <w:sdtPr>
            <w:id w:val="766196237"/>
            <w:placeholder>
              <w:docPart w:val="DF7421D8B2184C3C8DAFE2AF4DDC9E65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5680E2B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56157354" w14:textId="77777777" w:rsidTr="00B559EE">
        <w:tc>
          <w:tcPr>
            <w:tcW w:w="2830" w:type="dxa"/>
            <w:vAlign w:val="center"/>
          </w:tcPr>
          <w:p w14:paraId="324B25DC" w14:textId="77777777" w:rsidR="00832FE5" w:rsidRPr="00F4085D" w:rsidRDefault="00832FE5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198619590"/>
            <w:placeholder>
              <w:docPart w:val="A9D78211B681456B8FB57F02992BE39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07F827A4" w14:textId="77777777" w:rsidR="00832FE5" w:rsidRDefault="00832FE5" w:rsidP="00B559EE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2FE5" w14:paraId="274EB953" w14:textId="77777777" w:rsidTr="00B559EE">
        <w:tc>
          <w:tcPr>
            <w:tcW w:w="2830" w:type="dxa"/>
            <w:vAlign w:val="center"/>
          </w:tcPr>
          <w:p w14:paraId="0FF63290" w14:textId="77777777" w:rsidR="00832FE5" w:rsidRPr="00F4085D" w:rsidRDefault="00832FE5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1AE50CE717E443DBAB020334A5751A2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72FE7801" w14:textId="77777777" w:rsidR="00832FE5" w:rsidRDefault="00832FE5" w:rsidP="00B559EE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2FE5" w14:paraId="4C3BA673" w14:textId="77777777" w:rsidTr="00B559EE">
        <w:tc>
          <w:tcPr>
            <w:tcW w:w="2830" w:type="dxa"/>
            <w:vAlign w:val="center"/>
          </w:tcPr>
          <w:p w14:paraId="12285B7A" w14:textId="13615548" w:rsidR="00832FE5" w:rsidRPr="00F4085D" w:rsidRDefault="00832FE5" w:rsidP="00B559EE">
            <w:pPr>
              <w:rPr>
                <w:b/>
                <w:bCs/>
              </w:rPr>
            </w:pPr>
            <w:r>
              <w:rPr>
                <w:b/>
                <w:bCs/>
              </w:rPr>
              <w:t>Authorship position</w:t>
            </w:r>
          </w:p>
          <w:p w14:paraId="314A253F" w14:textId="77777777" w:rsidR="00832FE5" w:rsidRDefault="00832FE5" w:rsidP="00B559EE"/>
        </w:tc>
        <w:sdt>
          <w:sdtPr>
            <w:id w:val="63844681"/>
            <w:placeholder>
              <w:docPart w:val="AB0EBD24F82A4717B355B32781A44A95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483B822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59C74DE5" w14:textId="77777777" w:rsidTr="00B559E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72F17C1" w14:textId="1C50DAEB" w:rsidR="00832FE5" w:rsidRPr="00F4085D" w:rsidRDefault="00832FE5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54AF07B3" w14:textId="2700372A" w:rsidR="00832FE5" w:rsidRDefault="00832FE5" w:rsidP="00B559EE">
            <w:r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Ongoing </w:t>
            </w:r>
            <w:sdt>
              <w:sdtPr>
                <w:id w:val="927617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32FE5" w14:paraId="28D5506D" w14:textId="77777777" w:rsidTr="00B559E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DDECE1" w14:textId="79E9AF92" w:rsidR="00832FE5" w:rsidRDefault="00832FE5" w:rsidP="00B559EE"/>
        </w:tc>
      </w:tr>
      <w:tr w:rsidR="0096274F" w14:paraId="6DEF7AD0" w14:textId="77777777" w:rsidTr="00B559EE">
        <w:tc>
          <w:tcPr>
            <w:tcW w:w="9350" w:type="dxa"/>
            <w:gridSpan w:val="2"/>
          </w:tcPr>
          <w:p w14:paraId="195BB305" w14:textId="00DB6D64" w:rsidR="0096274F" w:rsidRDefault="0096274F" w:rsidP="00B559EE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313487743"/>
                <w:placeholder>
                  <w:docPart w:val="43C57CFD5A9547CBB94B24EFAF5D4DB9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6274F" w14:paraId="7A4F485A" w14:textId="77777777" w:rsidTr="00B559EE">
        <w:tc>
          <w:tcPr>
            <w:tcW w:w="2830" w:type="dxa"/>
            <w:vAlign w:val="center"/>
          </w:tcPr>
          <w:p w14:paraId="17478004" w14:textId="77777777" w:rsidR="0096274F" w:rsidRDefault="0096274F" w:rsidP="00B559EE">
            <w:r>
              <w:rPr>
                <w:b/>
                <w:bCs/>
              </w:rPr>
              <w:t>Location:</w:t>
            </w:r>
          </w:p>
        </w:tc>
        <w:sdt>
          <w:sdtPr>
            <w:id w:val="-276254669"/>
            <w:placeholder>
              <w:docPart w:val="7319BE16A9654046B9DBB15CF8AA32E8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D06D612" w14:textId="77777777" w:rsidR="0096274F" w:rsidRDefault="0096274F" w:rsidP="00994C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6274F" w14:paraId="2CBEE1E4" w14:textId="77777777" w:rsidTr="00B559EE">
        <w:tc>
          <w:tcPr>
            <w:tcW w:w="2830" w:type="dxa"/>
            <w:vAlign w:val="center"/>
          </w:tcPr>
          <w:p w14:paraId="4E97A067" w14:textId="77777777" w:rsidR="0096274F" w:rsidRPr="00F4085D" w:rsidRDefault="0096274F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95984952"/>
            <w:placeholder>
              <w:docPart w:val="02727BB32D6548C984E18A7B7F2AE992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29F16510" w14:textId="77777777" w:rsidR="0096274F" w:rsidRDefault="0096274F" w:rsidP="00994CF1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96274F" w14:paraId="05D5AEEC" w14:textId="77777777" w:rsidTr="00B559EE">
        <w:tc>
          <w:tcPr>
            <w:tcW w:w="2830" w:type="dxa"/>
            <w:vAlign w:val="center"/>
          </w:tcPr>
          <w:p w14:paraId="31ECC1D1" w14:textId="77777777" w:rsidR="0096274F" w:rsidRPr="00F4085D" w:rsidRDefault="0096274F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943223992"/>
            <w:placeholder>
              <w:docPart w:val="4BE4935E74A9422F931102D3272708D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62D44E88" w14:textId="77777777" w:rsidR="0096274F" w:rsidRDefault="0096274F" w:rsidP="00994CF1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96274F" w14:paraId="41504220" w14:textId="77777777" w:rsidTr="00B559EE">
        <w:tc>
          <w:tcPr>
            <w:tcW w:w="2830" w:type="dxa"/>
            <w:vAlign w:val="center"/>
          </w:tcPr>
          <w:p w14:paraId="71A43C58" w14:textId="77777777" w:rsidR="0096274F" w:rsidRPr="00F4085D" w:rsidRDefault="0096274F" w:rsidP="00B559EE">
            <w:pPr>
              <w:rPr>
                <w:b/>
                <w:bCs/>
              </w:rPr>
            </w:pPr>
            <w:r>
              <w:rPr>
                <w:b/>
                <w:bCs/>
              </w:rPr>
              <w:t>Authorship position</w:t>
            </w:r>
          </w:p>
          <w:p w14:paraId="44ABE70B" w14:textId="77777777" w:rsidR="0096274F" w:rsidRDefault="0096274F" w:rsidP="00B559EE"/>
        </w:tc>
        <w:sdt>
          <w:sdtPr>
            <w:id w:val="-1575198055"/>
            <w:placeholder>
              <w:docPart w:val="752CCB44459B4F37848740A9B9EB505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1CB5A34" w14:textId="77777777" w:rsidR="0096274F" w:rsidRDefault="0096274F" w:rsidP="00994C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6274F" w14:paraId="15A7DD7F" w14:textId="77777777" w:rsidTr="00B559E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F05992C" w14:textId="77777777" w:rsidR="0096274F" w:rsidRPr="00F4085D" w:rsidRDefault="0096274F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54D1F4C4" w14:textId="77777777" w:rsidR="0096274F" w:rsidRDefault="0096274F" w:rsidP="00B559EE">
            <w:r>
              <w:t xml:space="preserve">Yes </w:t>
            </w:r>
            <w:sdt>
              <w:sdtPr>
                <w:id w:val="-667791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09108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Ongoing </w:t>
            </w:r>
            <w:sdt>
              <w:sdtPr>
                <w:id w:val="-1721584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6274F" w14:paraId="7CADB4DA" w14:textId="77777777" w:rsidTr="00B559E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E8FFE4" w14:textId="7F126C8E" w:rsidR="0096274F" w:rsidRDefault="0096274F" w:rsidP="00B559EE"/>
        </w:tc>
      </w:tr>
      <w:tr w:rsidR="0096274F" w14:paraId="2F213884" w14:textId="77777777" w:rsidTr="00B559EE">
        <w:tc>
          <w:tcPr>
            <w:tcW w:w="9350" w:type="dxa"/>
            <w:gridSpan w:val="2"/>
          </w:tcPr>
          <w:p w14:paraId="67908A94" w14:textId="389C042F" w:rsidR="0096274F" w:rsidRDefault="0096274F" w:rsidP="00B559EE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2125222541"/>
                <w:placeholder>
                  <w:docPart w:val="366E595638B64ECEA984406F21B9DD36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6274F" w14:paraId="49677BFA" w14:textId="77777777" w:rsidTr="00B559EE">
        <w:tc>
          <w:tcPr>
            <w:tcW w:w="2830" w:type="dxa"/>
            <w:vAlign w:val="center"/>
          </w:tcPr>
          <w:p w14:paraId="2881F73F" w14:textId="77777777" w:rsidR="0096274F" w:rsidRDefault="0096274F" w:rsidP="00B559EE">
            <w:r>
              <w:rPr>
                <w:b/>
                <w:bCs/>
              </w:rPr>
              <w:t>Location:</w:t>
            </w:r>
          </w:p>
        </w:tc>
        <w:sdt>
          <w:sdtPr>
            <w:id w:val="-2022155439"/>
            <w:placeholder>
              <w:docPart w:val="88583133E41A4095A96BFF99BC6C4C18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CF6F6D1" w14:textId="77777777" w:rsidR="0096274F" w:rsidRDefault="0096274F" w:rsidP="00994C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6274F" w14:paraId="06866720" w14:textId="77777777" w:rsidTr="00B559EE">
        <w:tc>
          <w:tcPr>
            <w:tcW w:w="2830" w:type="dxa"/>
            <w:vAlign w:val="center"/>
          </w:tcPr>
          <w:p w14:paraId="220C0DAC" w14:textId="77777777" w:rsidR="0096274F" w:rsidRPr="00F4085D" w:rsidRDefault="0096274F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2100634990"/>
            <w:placeholder>
              <w:docPart w:val="85E23687DE494AF4B4C2F920C1978D0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43754FE2" w14:textId="77777777" w:rsidR="0096274F" w:rsidRDefault="0096274F" w:rsidP="00994CF1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96274F" w14:paraId="42C8A01E" w14:textId="77777777" w:rsidTr="00B559EE">
        <w:tc>
          <w:tcPr>
            <w:tcW w:w="2830" w:type="dxa"/>
            <w:vAlign w:val="center"/>
          </w:tcPr>
          <w:p w14:paraId="6D2ED7D1" w14:textId="77777777" w:rsidR="0096274F" w:rsidRPr="00F4085D" w:rsidRDefault="0096274F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1832480024"/>
            <w:placeholder>
              <w:docPart w:val="DE89289120624D85ACA3301EEC6F514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391A58AC" w14:textId="77777777" w:rsidR="0096274F" w:rsidRDefault="0096274F" w:rsidP="00994CF1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96274F" w14:paraId="08998DD7" w14:textId="77777777" w:rsidTr="00B559EE">
        <w:tc>
          <w:tcPr>
            <w:tcW w:w="2830" w:type="dxa"/>
            <w:vAlign w:val="center"/>
          </w:tcPr>
          <w:p w14:paraId="25B36C60" w14:textId="77777777" w:rsidR="0096274F" w:rsidRPr="00F4085D" w:rsidRDefault="0096274F" w:rsidP="00B559EE">
            <w:pPr>
              <w:rPr>
                <w:b/>
                <w:bCs/>
              </w:rPr>
            </w:pPr>
            <w:r>
              <w:rPr>
                <w:b/>
                <w:bCs/>
              </w:rPr>
              <w:t>Authorship position</w:t>
            </w:r>
          </w:p>
          <w:p w14:paraId="6F5171AB" w14:textId="77777777" w:rsidR="0096274F" w:rsidRDefault="0096274F" w:rsidP="00B559EE"/>
        </w:tc>
        <w:sdt>
          <w:sdtPr>
            <w:id w:val="-1852169853"/>
            <w:placeholder>
              <w:docPart w:val="CB78E11B7F054291969ADA5E35851822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282A250" w14:textId="77777777" w:rsidR="0096274F" w:rsidRDefault="0096274F" w:rsidP="00994C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6274F" w14:paraId="2E448938" w14:textId="77777777" w:rsidTr="00B559E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5E31C1E" w14:textId="77777777" w:rsidR="0096274F" w:rsidRPr="00F4085D" w:rsidRDefault="0096274F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74BA6869" w14:textId="77777777" w:rsidR="0096274F" w:rsidRDefault="0096274F" w:rsidP="00B559EE">
            <w:r>
              <w:t xml:space="preserve">Yes </w:t>
            </w:r>
            <w:sdt>
              <w:sdtPr>
                <w:id w:val="-521097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23058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Ongoing </w:t>
            </w:r>
            <w:sdt>
              <w:sdtPr>
                <w:id w:val="861710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6274F" w14:paraId="3A9E0EA6" w14:textId="77777777" w:rsidTr="00B559E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50F39A" w14:textId="50D28DF0" w:rsidR="0096274F" w:rsidRDefault="0096274F" w:rsidP="00B559EE"/>
        </w:tc>
      </w:tr>
      <w:tr w:rsidR="00C7289B" w14:paraId="26205DA0" w14:textId="77777777" w:rsidTr="00B559EE">
        <w:tc>
          <w:tcPr>
            <w:tcW w:w="9350" w:type="dxa"/>
            <w:gridSpan w:val="2"/>
          </w:tcPr>
          <w:p w14:paraId="30A78830" w14:textId="7B69BC26" w:rsidR="00C7289B" w:rsidRDefault="00C7289B" w:rsidP="00B559EE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457189796"/>
                <w:placeholder>
                  <w:docPart w:val="0ECAFEAF99CD42969DBF8AB8AACB1117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7289B" w14:paraId="0D3D6964" w14:textId="77777777" w:rsidTr="00B559EE">
        <w:tc>
          <w:tcPr>
            <w:tcW w:w="2830" w:type="dxa"/>
            <w:vAlign w:val="center"/>
          </w:tcPr>
          <w:p w14:paraId="42B481D7" w14:textId="77777777" w:rsidR="00C7289B" w:rsidRDefault="00C7289B" w:rsidP="00B559EE">
            <w:r>
              <w:rPr>
                <w:b/>
                <w:bCs/>
              </w:rPr>
              <w:t>Location:</w:t>
            </w:r>
          </w:p>
        </w:tc>
        <w:sdt>
          <w:sdtPr>
            <w:id w:val="-4442898"/>
            <w:placeholder>
              <w:docPart w:val="4E76CCD615E446209C528F573FD21A19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1E5F038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481E0D8A" w14:textId="77777777" w:rsidTr="00B559EE">
        <w:tc>
          <w:tcPr>
            <w:tcW w:w="2830" w:type="dxa"/>
            <w:vAlign w:val="center"/>
          </w:tcPr>
          <w:p w14:paraId="0800DB07" w14:textId="77777777" w:rsidR="00C7289B" w:rsidRPr="00F4085D" w:rsidRDefault="00C7289B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374777226"/>
            <w:placeholder>
              <w:docPart w:val="5EF81F1A545C4EA095A93A9A8706041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23DF49C7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4D93F0F3" w14:textId="77777777" w:rsidTr="00B559EE">
        <w:tc>
          <w:tcPr>
            <w:tcW w:w="2830" w:type="dxa"/>
            <w:vAlign w:val="center"/>
          </w:tcPr>
          <w:p w14:paraId="43FA5474" w14:textId="77777777" w:rsidR="00C7289B" w:rsidRPr="00F4085D" w:rsidRDefault="00C7289B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137797691"/>
            <w:placeholder>
              <w:docPart w:val="83CB8BE92B1841959A683EF8189FC42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7586C080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55CA28FF" w14:textId="77777777" w:rsidTr="00B559EE">
        <w:tc>
          <w:tcPr>
            <w:tcW w:w="2830" w:type="dxa"/>
            <w:vAlign w:val="center"/>
          </w:tcPr>
          <w:p w14:paraId="3F8F7D42" w14:textId="77777777" w:rsidR="00C7289B" w:rsidRPr="00F4085D" w:rsidRDefault="00C7289B" w:rsidP="00B559EE">
            <w:pPr>
              <w:rPr>
                <w:b/>
                <w:bCs/>
              </w:rPr>
            </w:pPr>
            <w:r>
              <w:rPr>
                <w:b/>
                <w:bCs/>
              </w:rPr>
              <w:t>Authorship position</w:t>
            </w:r>
          </w:p>
          <w:p w14:paraId="7EC524CA" w14:textId="77777777" w:rsidR="00C7289B" w:rsidRDefault="00C7289B" w:rsidP="00B559EE"/>
        </w:tc>
        <w:sdt>
          <w:sdtPr>
            <w:id w:val="232119634"/>
            <w:placeholder>
              <w:docPart w:val="1CE8EC979CA445FC83F8B7CCD49D921D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6C215516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443A0C1D" w14:textId="77777777" w:rsidTr="00B559E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793B027" w14:textId="77777777" w:rsidR="00C7289B" w:rsidRPr="00F4085D" w:rsidRDefault="00C7289B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07D9A921" w14:textId="77777777" w:rsidR="00C7289B" w:rsidRDefault="00C7289B" w:rsidP="00B559EE">
            <w:r>
              <w:t xml:space="preserve">Yes </w:t>
            </w:r>
            <w:sdt>
              <w:sdtPr>
                <w:id w:val="-138892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48226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Ongoing </w:t>
            </w:r>
            <w:sdt>
              <w:sdtPr>
                <w:id w:val="-1093392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7289B" w14:paraId="5CF6B8E7" w14:textId="77777777" w:rsidTr="00B559E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EF8610" w14:textId="011E1DCC" w:rsidR="00C7289B" w:rsidRDefault="00C7289B" w:rsidP="00B559EE"/>
        </w:tc>
      </w:tr>
      <w:tr w:rsidR="00C7289B" w14:paraId="2EE41FA8" w14:textId="77777777" w:rsidTr="00B559EE">
        <w:tc>
          <w:tcPr>
            <w:tcW w:w="9350" w:type="dxa"/>
            <w:gridSpan w:val="2"/>
          </w:tcPr>
          <w:p w14:paraId="45B43F10" w14:textId="46F240A1" w:rsidR="00C7289B" w:rsidRDefault="00C7289B" w:rsidP="00B559EE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480006375"/>
                <w:placeholder>
                  <w:docPart w:val="7BE179FBB4094890849C03C026C88080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7289B" w14:paraId="5B6CD8C0" w14:textId="77777777" w:rsidTr="00B559EE">
        <w:tc>
          <w:tcPr>
            <w:tcW w:w="2830" w:type="dxa"/>
            <w:vAlign w:val="center"/>
          </w:tcPr>
          <w:p w14:paraId="009F3784" w14:textId="77777777" w:rsidR="00C7289B" w:rsidRDefault="00C7289B" w:rsidP="00B559EE">
            <w:r>
              <w:rPr>
                <w:b/>
                <w:bCs/>
              </w:rPr>
              <w:t>Location:</w:t>
            </w:r>
          </w:p>
        </w:tc>
        <w:sdt>
          <w:sdtPr>
            <w:id w:val="-1331987274"/>
            <w:placeholder>
              <w:docPart w:val="3379501789A3401FB2FFB2BAC9650C15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721815E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4C22C78A" w14:textId="77777777" w:rsidTr="00B559EE">
        <w:tc>
          <w:tcPr>
            <w:tcW w:w="2830" w:type="dxa"/>
            <w:vAlign w:val="center"/>
          </w:tcPr>
          <w:p w14:paraId="79C42ED0" w14:textId="77777777" w:rsidR="00C7289B" w:rsidRPr="00F4085D" w:rsidRDefault="00C7289B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138956716"/>
            <w:placeholder>
              <w:docPart w:val="542FA96809064C719AF1B38E453DEE6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7644E56F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12F61ED6" w14:textId="77777777" w:rsidTr="00B559EE">
        <w:tc>
          <w:tcPr>
            <w:tcW w:w="2830" w:type="dxa"/>
            <w:vAlign w:val="center"/>
          </w:tcPr>
          <w:p w14:paraId="6D4DC87B" w14:textId="77777777" w:rsidR="00C7289B" w:rsidRPr="00F4085D" w:rsidRDefault="00C7289B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904670107"/>
            <w:placeholder>
              <w:docPart w:val="0468AEB3E1884E02A3A3E5FB5E37F28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5C10FE3C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591C8BAD" w14:textId="77777777" w:rsidTr="00B559EE">
        <w:tc>
          <w:tcPr>
            <w:tcW w:w="2830" w:type="dxa"/>
            <w:vAlign w:val="center"/>
          </w:tcPr>
          <w:p w14:paraId="0709C5D2" w14:textId="77777777" w:rsidR="00C7289B" w:rsidRPr="00F4085D" w:rsidRDefault="00C7289B" w:rsidP="00B559EE">
            <w:pPr>
              <w:rPr>
                <w:b/>
                <w:bCs/>
              </w:rPr>
            </w:pPr>
            <w:r>
              <w:rPr>
                <w:b/>
                <w:bCs/>
              </w:rPr>
              <w:t>Authorship position</w:t>
            </w:r>
          </w:p>
          <w:p w14:paraId="1CF6C71B" w14:textId="77777777" w:rsidR="00C7289B" w:rsidRDefault="00C7289B" w:rsidP="00B559EE"/>
        </w:tc>
        <w:sdt>
          <w:sdtPr>
            <w:id w:val="146710495"/>
            <w:placeholder>
              <w:docPart w:val="9C1D6325FE5244E9B744E7AC851E06FA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2412B07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78C0B78B" w14:textId="77777777" w:rsidTr="00B559E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7274769" w14:textId="77777777" w:rsidR="00C7289B" w:rsidRPr="00F4085D" w:rsidRDefault="00C7289B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78EB5FA2" w14:textId="77777777" w:rsidR="00C7289B" w:rsidRDefault="00C7289B" w:rsidP="00B559EE">
            <w:r>
              <w:t xml:space="preserve">Yes </w:t>
            </w:r>
            <w:sdt>
              <w:sdtPr>
                <w:id w:val="-1616043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735159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Ongoing </w:t>
            </w:r>
            <w:sdt>
              <w:sdtPr>
                <w:id w:val="-1952320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7289B" w14:paraId="1AE15CF3" w14:textId="77777777" w:rsidTr="00B559E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4E4CB4" w14:textId="7D666D70" w:rsidR="00C7289B" w:rsidRDefault="00C7289B" w:rsidP="00B559EE"/>
        </w:tc>
      </w:tr>
    </w:tbl>
    <w:p w14:paraId="04590CE6" w14:textId="77777777" w:rsidR="00C7289B" w:rsidRDefault="00C7289B" w:rsidP="00832FE5">
      <w:pPr>
        <w:pStyle w:val="Heading1"/>
      </w:pPr>
    </w:p>
    <w:p w14:paraId="18A0C0D6" w14:textId="77777777" w:rsidR="00C7289B" w:rsidRDefault="00C7289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2D68E85F" w14:textId="67508F92" w:rsidR="00832FE5" w:rsidRDefault="00832FE5" w:rsidP="00832FE5">
      <w:pPr>
        <w:pStyle w:val="Heading1"/>
      </w:pPr>
      <w:r w:rsidRPr="00832FE5">
        <w:lastRenderedPageBreak/>
        <w:t>Publications</w:t>
      </w:r>
    </w:p>
    <w:p w14:paraId="7623199A" w14:textId="77777777" w:rsidR="0096274F" w:rsidRDefault="00832FE5" w:rsidP="00832FE5">
      <w:pPr>
        <w:pStyle w:val="Heading1"/>
        <w:rPr>
          <w:color w:val="00C6FF"/>
          <w:sz w:val="24"/>
          <w:szCs w:val="24"/>
          <w:lang w:val="en-GB"/>
        </w:rPr>
      </w:pPr>
      <w:r w:rsidRPr="0096274F">
        <w:rPr>
          <w:color w:val="00C6FF"/>
          <w:sz w:val="24"/>
          <w:szCs w:val="24"/>
          <w:lang w:val="en-GB"/>
        </w:rPr>
        <w:t>Original peer reviewed clinical or scientific publication</w:t>
      </w:r>
    </w:p>
    <w:p w14:paraId="6B910FF2" w14:textId="644BB979" w:rsidR="00832FE5" w:rsidRPr="0096274F" w:rsidRDefault="00832FE5" w:rsidP="0096274F">
      <w:pPr>
        <w:rPr>
          <w:lang w:val="en-GB"/>
        </w:rPr>
      </w:pPr>
      <w:r w:rsidRPr="0096274F">
        <w:rPr>
          <w:lang w:val="en-GB"/>
        </w:rPr>
        <w:t>(please specify type of publication-</w:t>
      </w:r>
      <w:r w:rsidRPr="00832FE5">
        <w:rPr>
          <w:color w:val="0024BB"/>
          <w:sz w:val="28"/>
          <w:szCs w:val="28"/>
        </w:rPr>
        <w:t xml:space="preserve"> </w:t>
      </w:r>
      <w:r w:rsidRPr="0096274F">
        <w:rPr>
          <w:lang w:val="en-GB"/>
        </w:rPr>
        <w:t>Review Article, Case Series / Case Report, Short Report / Letter, Commentary / Editorial / other)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832FE5" w14:paraId="71AF7B72" w14:textId="77777777" w:rsidTr="00B559EE">
        <w:tc>
          <w:tcPr>
            <w:tcW w:w="9350" w:type="dxa"/>
            <w:gridSpan w:val="2"/>
          </w:tcPr>
          <w:p w14:paraId="33C6EE44" w14:textId="26BDB41E" w:rsidR="00832FE5" w:rsidRDefault="00832FE5" w:rsidP="00B559EE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870296156"/>
                <w:placeholder>
                  <w:docPart w:val="7313DC7C5B594426B86E81D869501846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32FE5" w14:paraId="4158C858" w14:textId="77777777" w:rsidTr="00B559EE">
        <w:tc>
          <w:tcPr>
            <w:tcW w:w="2723" w:type="dxa"/>
            <w:vAlign w:val="center"/>
          </w:tcPr>
          <w:p w14:paraId="741FAEF6" w14:textId="10CC5B14" w:rsidR="00832FE5" w:rsidRPr="00832FE5" w:rsidRDefault="00832FE5" w:rsidP="00B559EE">
            <w:pPr>
              <w:rPr>
                <w:b/>
                <w:bCs/>
              </w:rPr>
            </w:pPr>
            <w:r w:rsidRPr="00832FE5">
              <w:rPr>
                <w:b/>
                <w:bCs/>
              </w:rPr>
              <w:t>Journal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587663669"/>
            <w:placeholder>
              <w:docPart w:val="2FC9E76269E04D98B8083A10DB4B50A3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7E87F898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37EFE426" w14:textId="77777777" w:rsidTr="00B559EE">
        <w:tc>
          <w:tcPr>
            <w:tcW w:w="2723" w:type="dxa"/>
            <w:vAlign w:val="center"/>
          </w:tcPr>
          <w:p w14:paraId="060AABD1" w14:textId="43B8E291" w:rsidR="00832FE5" w:rsidRPr="0096274F" w:rsidRDefault="00183922" w:rsidP="00B559EE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 xml:space="preserve">Date: </w:t>
            </w:r>
          </w:p>
        </w:tc>
        <w:sdt>
          <w:sdtPr>
            <w:id w:val="1721250372"/>
            <w:placeholder>
              <w:docPart w:val="24551DE8D3B64D68A4D007B8C61D639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626E2E37" w14:textId="1B209522" w:rsidR="00832FE5" w:rsidRDefault="00183922" w:rsidP="00B559EE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2FE5" w14:paraId="5165891A" w14:textId="77777777" w:rsidTr="00B559EE">
        <w:tc>
          <w:tcPr>
            <w:tcW w:w="2723" w:type="dxa"/>
            <w:vAlign w:val="center"/>
          </w:tcPr>
          <w:p w14:paraId="53B6742C" w14:textId="1B830B5F" w:rsidR="00832FE5" w:rsidRPr="0096274F" w:rsidRDefault="00183922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Type of Publication</w:t>
            </w:r>
            <w:r w:rsidR="0096274F">
              <w:rPr>
                <w:b/>
                <w:bCs/>
              </w:rPr>
              <w:t>:</w:t>
            </w:r>
          </w:p>
        </w:tc>
        <w:sdt>
          <w:sdtPr>
            <w:id w:val="281088364"/>
            <w:placeholder>
              <w:docPart w:val="E47B74449351410CB919E596F94E4EF2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993AD21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5C5F28B7" w14:textId="77777777" w:rsidTr="00B559EE">
        <w:tc>
          <w:tcPr>
            <w:tcW w:w="2723" w:type="dxa"/>
            <w:vAlign w:val="center"/>
          </w:tcPr>
          <w:p w14:paraId="2D64930C" w14:textId="0D580060" w:rsidR="00183922" w:rsidRPr="0096274F" w:rsidRDefault="00183922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Authorship position</w:t>
            </w:r>
            <w:r w:rsidR="0096274F">
              <w:rPr>
                <w:b/>
                <w:bCs/>
              </w:rPr>
              <w:t>:</w:t>
            </w:r>
          </w:p>
          <w:p w14:paraId="3F499A8A" w14:textId="5F3CE771" w:rsidR="00832FE5" w:rsidRPr="0096274F" w:rsidRDefault="00832FE5" w:rsidP="00B559EE">
            <w:pPr>
              <w:rPr>
                <w:b/>
                <w:bCs/>
              </w:rPr>
            </w:pPr>
          </w:p>
        </w:tc>
        <w:sdt>
          <w:sdtPr>
            <w:id w:val="1049951313"/>
            <w:placeholder>
              <w:docPart w:val="018D15AC4F384366A58845A9FE2D27F6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5BA6FC9" w14:textId="14E8A386" w:rsidR="00832FE5" w:rsidRDefault="0096274F" w:rsidP="00B559EE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62D2A7CC" w14:textId="77777777" w:rsidTr="00B559EE">
        <w:tc>
          <w:tcPr>
            <w:tcW w:w="2723" w:type="dxa"/>
            <w:vAlign w:val="center"/>
          </w:tcPr>
          <w:p w14:paraId="49A9E53F" w14:textId="2B49114E" w:rsidR="00832FE5" w:rsidRPr="0096274F" w:rsidRDefault="00183922" w:rsidP="00B559EE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PMID or DOI reference:</w:t>
            </w:r>
          </w:p>
        </w:tc>
        <w:sdt>
          <w:sdtPr>
            <w:id w:val="1327935284"/>
            <w:placeholder>
              <w:docPart w:val="AB68D2BAFC854515AB4D809741810FCC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5CC89E4" w14:textId="636AB558" w:rsidR="00832FE5" w:rsidRDefault="0096274F" w:rsidP="00B559EE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4F776448" w14:textId="77777777" w:rsidTr="00B559E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727D84" w14:textId="77777777" w:rsidR="00832FE5" w:rsidRPr="00F4085D" w:rsidRDefault="00832FE5" w:rsidP="00B559EE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461A9A" w14:textId="205CCE4E" w:rsidR="00832FE5" w:rsidRDefault="00832FE5" w:rsidP="00B559EE"/>
        </w:tc>
      </w:tr>
      <w:tr w:rsidR="00C7289B" w14:paraId="1FED472A" w14:textId="77777777" w:rsidTr="00B559EE">
        <w:tc>
          <w:tcPr>
            <w:tcW w:w="9350" w:type="dxa"/>
            <w:gridSpan w:val="2"/>
          </w:tcPr>
          <w:p w14:paraId="1566B2FD" w14:textId="24165834" w:rsidR="00C7289B" w:rsidRDefault="00C7289B" w:rsidP="00B559EE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601261063"/>
                <w:placeholder>
                  <w:docPart w:val="58FC12112E8949AAB3E5CC90C53EA583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7289B" w14:paraId="46490813" w14:textId="77777777" w:rsidTr="00B559EE">
        <w:tc>
          <w:tcPr>
            <w:tcW w:w="2723" w:type="dxa"/>
            <w:vAlign w:val="center"/>
          </w:tcPr>
          <w:p w14:paraId="6CCFD306" w14:textId="77777777" w:rsidR="00C7289B" w:rsidRPr="00832FE5" w:rsidRDefault="00C7289B" w:rsidP="00B559EE">
            <w:pPr>
              <w:rPr>
                <w:b/>
                <w:bCs/>
              </w:rPr>
            </w:pPr>
            <w:r w:rsidRPr="00832FE5">
              <w:rPr>
                <w:b/>
                <w:bCs/>
              </w:rPr>
              <w:t>Journal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1256780330"/>
            <w:placeholder>
              <w:docPart w:val="565B569B6F49473586C831CF5FD2F284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7BDF72EE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120F3AE6" w14:textId="77777777" w:rsidTr="00B559EE">
        <w:tc>
          <w:tcPr>
            <w:tcW w:w="2723" w:type="dxa"/>
            <w:vAlign w:val="center"/>
          </w:tcPr>
          <w:p w14:paraId="7AC7A53A" w14:textId="77777777" w:rsidR="00C7289B" w:rsidRPr="0096274F" w:rsidRDefault="00C7289B" w:rsidP="00B559EE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 xml:space="preserve">Date: </w:t>
            </w:r>
          </w:p>
        </w:tc>
        <w:sdt>
          <w:sdtPr>
            <w:id w:val="-1411837806"/>
            <w:placeholder>
              <w:docPart w:val="A9A7D53EDE9D4BA6A62E6EC230CA510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581AAA97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2772F649" w14:textId="77777777" w:rsidTr="00B559EE">
        <w:tc>
          <w:tcPr>
            <w:tcW w:w="2723" w:type="dxa"/>
            <w:vAlign w:val="center"/>
          </w:tcPr>
          <w:p w14:paraId="6D534D70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Type of Publication</w:t>
            </w:r>
            <w:r>
              <w:rPr>
                <w:b/>
                <w:bCs/>
              </w:rPr>
              <w:t>:</w:t>
            </w:r>
          </w:p>
        </w:tc>
        <w:sdt>
          <w:sdtPr>
            <w:id w:val="105165977"/>
            <w:placeholder>
              <w:docPart w:val="E94A033843A84C72B8297D4C1C3AA177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2FCEB142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6113C59B" w14:textId="77777777" w:rsidTr="00B559EE">
        <w:tc>
          <w:tcPr>
            <w:tcW w:w="2723" w:type="dxa"/>
            <w:vAlign w:val="center"/>
          </w:tcPr>
          <w:p w14:paraId="005F290A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Authorship position</w:t>
            </w:r>
            <w:r>
              <w:rPr>
                <w:b/>
                <w:bCs/>
              </w:rPr>
              <w:t>:</w:t>
            </w:r>
          </w:p>
          <w:p w14:paraId="5DB601EE" w14:textId="77777777" w:rsidR="00C7289B" w:rsidRPr="0096274F" w:rsidRDefault="00C7289B" w:rsidP="00B559EE">
            <w:pPr>
              <w:rPr>
                <w:b/>
                <w:bCs/>
              </w:rPr>
            </w:pPr>
          </w:p>
        </w:tc>
        <w:sdt>
          <w:sdtPr>
            <w:id w:val="-1494330682"/>
            <w:placeholder>
              <w:docPart w:val="9240B94525664B969D6F058D7BEB3A7E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2A74E221" w14:textId="77777777" w:rsidR="00C7289B" w:rsidRDefault="00C7289B" w:rsidP="00CA2CEB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1AABA18E" w14:textId="77777777" w:rsidTr="00B559EE">
        <w:tc>
          <w:tcPr>
            <w:tcW w:w="2723" w:type="dxa"/>
            <w:vAlign w:val="center"/>
          </w:tcPr>
          <w:p w14:paraId="4E90BF4C" w14:textId="77777777" w:rsidR="00C7289B" w:rsidRPr="0096274F" w:rsidRDefault="00C7289B" w:rsidP="00B559EE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PMID or DOI reference:</w:t>
            </w:r>
          </w:p>
        </w:tc>
        <w:sdt>
          <w:sdtPr>
            <w:id w:val="-900587352"/>
            <w:placeholder>
              <w:docPart w:val="4688C5D7C3374A9EADD47288050891E1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2207A758" w14:textId="77777777" w:rsidR="00C7289B" w:rsidRDefault="00C7289B" w:rsidP="00CA2CEB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6BC9F788" w14:textId="77777777" w:rsidTr="00B559E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617C1C" w14:textId="77777777" w:rsidR="00C7289B" w:rsidRPr="00F4085D" w:rsidRDefault="00C7289B" w:rsidP="00B559EE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E30880" w14:textId="0C61EEE4" w:rsidR="00C7289B" w:rsidRDefault="00C7289B" w:rsidP="00B559EE"/>
        </w:tc>
      </w:tr>
      <w:tr w:rsidR="00C7289B" w14:paraId="05D37442" w14:textId="77777777" w:rsidTr="00B559EE">
        <w:tc>
          <w:tcPr>
            <w:tcW w:w="9350" w:type="dxa"/>
            <w:gridSpan w:val="2"/>
          </w:tcPr>
          <w:p w14:paraId="02D6CF18" w14:textId="0DD98788" w:rsidR="00C7289B" w:rsidRDefault="00C7289B" w:rsidP="00B559EE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2135902445"/>
                <w:placeholder>
                  <w:docPart w:val="3404B71577C842499743F42E54A8964F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7289B" w14:paraId="7ED0264B" w14:textId="77777777" w:rsidTr="00B559EE">
        <w:tc>
          <w:tcPr>
            <w:tcW w:w="2723" w:type="dxa"/>
            <w:vAlign w:val="center"/>
          </w:tcPr>
          <w:p w14:paraId="1C1FC5B9" w14:textId="77777777" w:rsidR="00C7289B" w:rsidRPr="00832FE5" w:rsidRDefault="00C7289B" w:rsidP="00B559EE">
            <w:pPr>
              <w:rPr>
                <w:b/>
                <w:bCs/>
              </w:rPr>
            </w:pPr>
            <w:r w:rsidRPr="00832FE5">
              <w:rPr>
                <w:b/>
                <w:bCs/>
              </w:rPr>
              <w:t>Journal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187575845"/>
            <w:placeholder>
              <w:docPart w:val="F3D1FD7B0D32409693EC9273C0816777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9F10818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327382C5" w14:textId="77777777" w:rsidTr="00B559EE">
        <w:tc>
          <w:tcPr>
            <w:tcW w:w="2723" w:type="dxa"/>
            <w:vAlign w:val="center"/>
          </w:tcPr>
          <w:p w14:paraId="1259FBD4" w14:textId="77777777" w:rsidR="00C7289B" w:rsidRPr="0096274F" w:rsidRDefault="00C7289B" w:rsidP="00B559EE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 xml:space="preserve">Date: </w:t>
            </w:r>
          </w:p>
        </w:tc>
        <w:sdt>
          <w:sdtPr>
            <w:id w:val="-1714026475"/>
            <w:placeholder>
              <w:docPart w:val="A4188CFFBF9A47EA9D5E9EA9B71E81E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211EB787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08F2C789" w14:textId="77777777" w:rsidTr="00B559EE">
        <w:tc>
          <w:tcPr>
            <w:tcW w:w="2723" w:type="dxa"/>
            <w:vAlign w:val="center"/>
          </w:tcPr>
          <w:p w14:paraId="146C9969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Type of Publication</w:t>
            </w:r>
            <w:r>
              <w:rPr>
                <w:b/>
                <w:bCs/>
              </w:rPr>
              <w:t>:</w:t>
            </w:r>
          </w:p>
        </w:tc>
        <w:sdt>
          <w:sdtPr>
            <w:id w:val="1308512633"/>
            <w:placeholder>
              <w:docPart w:val="D5D5405C251B46D3B4170671E78CE17C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2545FC74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7A1A8366" w14:textId="77777777" w:rsidTr="00B559EE">
        <w:tc>
          <w:tcPr>
            <w:tcW w:w="2723" w:type="dxa"/>
            <w:vAlign w:val="center"/>
          </w:tcPr>
          <w:p w14:paraId="64DD7AA1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Authorship position</w:t>
            </w:r>
            <w:r>
              <w:rPr>
                <w:b/>
                <w:bCs/>
              </w:rPr>
              <w:t>:</w:t>
            </w:r>
          </w:p>
          <w:p w14:paraId="1FB6649B" w14:textId="77777777" w:rsidR="00C7289B" w:rsidRPr="0096274F" w:rsidRDefault="00C7289B" w:rsidP="00B559EE">
            <w:pPr>
              <w:rPr>
                <w:b/>
                <w:bCs/>
              </w:rPr>
            </w:pPr>
          </w:p>
        </w:tc>
        <w:sdt>
          <w:sdtPr>
            <w:id w:val="-202638667"/>
            <w:placeholder>
              <w:docPart w:val="A4A16CC306F74C19A442C7BE7E31CB77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333E5A49" w14:textId="77777777" w:rsidR="00C7289B" w:rsidRDefault="00C7289B" w:rsidP="00CA2CEB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6FB2FC74" w14:textId="77777777" w:rsidTr="00B559EE">
        <w:tc>
          <w:tcPr>
            <w:tcW w:w="2723" w:type="dxa"/>
            <w:vAlign w:val="center"/>
          </w:tcPr>
          <w:p w14:paraId="662FDAEF" w14:textId="77777777" w:rsidR="00C7289B" w:rsidRPr="0096274F" w:rsidRDefault="00C7289B" w:rsidP="00B559EE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PMID or DOI reference:</w:t>
            </w:r>
          </w:p>
        </w:tc>
        <w:sdt>
          <w:sdtPr>
            <w:id w:val="1650707039"/>
            <w:placeholder>
              <w:docPart w:val="34BCE71166EC4B36A01F1AFF02A77BCE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54EEFED4" w14:textId="77777777" w:rsidR="00C7289B" w:rsidRDefault="00C7289B" w:rsidP="00CA2CEB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3AE15B9F" w14:textId="77777777" w:rsidTr="00B559E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8BEE7E" w14:textId="77777777" w:rsidR="00C7289B" w:rsidRPr="00F4085D" w:rsidRDefault="00C7289B" w:rsidP="00B559EE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493775" w14:textId="3F03BF95" w:rsidR="00C7289B" w:rsidRDefault="00C7289B" w:rsidP="00B559EE"/>
        </w:tc>
      </w:tr>
      <w:tr w:rsidR="00C7289B" w14:paraId="6B066D4C" w14:textId="77777777" w:rsidTr="00B559EE">
        <w:tc>
          <w:tcPr>
            <w:tcW w:w="9350" w:type="dxa"/>
            <w:gridSpan w:val="2"/>
          </w:tcPr>
          <w:p w14:paraId="3EA8C125" w14:textId="69E6A6FA" w:rsidR="00C7289B" w:rsidRDefault="00C7289B" w:rsidP="00B559EE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758244973"/>
                <w:placeholder>
                  <w:docPart w:val="59F66AE07D2F48BC87C5B05B021C6F2F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7289B" w14:paraId="28FC0E0D" w14:textId="77777777" w:rsidTr="00B559EE">
        <w:tc>
          <w:tcPr>
            <w:tcW w:w="2723" w:type="dxa"/>
            <w:vAlign w:val="center"/>
          </w:tcPr>
          <w:p w14:paraId="709BFA09" w14:textId="77777777" w:rsidR="00C7289B" w:rsidRPr="00832FE5" w:rsidRDefault="00C7289B" w:rsidP="00B559EE">
            <w:pPr>
              <w:rPr>
                <w:b/>
                <w:bCs/>
              </w:rPr>
            </w:pPr>
            <w:r w:rsidRPr="00832FE5">
              <w:rPr>
                <w:b/>
                <w:bCs/>
              </w:rPr>
              <w:t>Journal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154524714"/>
            <w:placeholder>
              <w:docPart w:val="EB057FD49242475C86D404E1852625F1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2AD42E2C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6A9414F8" w14:textId="77777777" w:rsidTr="00B559EE">
        <w:tc>
          <w:tcPr>
            <w:tcW w:w="2723" w:type="dxa"/>
            <w:vAlign w:val="center"/>
          </w:tcPr>
          <w:p w14:paraId="68B3C7CF" w14:textId="77777777" w:rsidR="00C7289B" w:rsidRPr="0096274F" w:rsidRDefault="00C7289B" w:rsidP="00B559EE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 xml:space="preserve">Date: </w:t>
            </w:r>
          </w:p>
        </w:tc>
        <w:sdt>
          <w:sdtPr>
            <w:id w:val="-1196625735"/>
            <w:placeholder>
              <w:docPart w:val="C5547FEC2D424AC89F5EF1194241933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54054E27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7D8B26B7" w14:textId="77777777" w:rsidTr="00B559EE">
        <w:tc>
          <w:tcPr>
            <w:tcW w:w="2723" w:type="dxa"/>
            <w:vAlign w:val="center"/>
          </w:tcPr>
          <w:p w14:paraId="4DF55006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Type of Publication</w:t>
            </w:r>
            <w:r>
              <w:rPr>
                <w:b/>
                <w:bCs/>
              </w:rPr>
              <w:t>:</w:t>
            </w:r>
          </w:p>
        </w:tc>
        <w:sdt>
          <w:sdtPr>
            <w:id w:val="1631595888"/>
            <w:placeholder>
              <w:docPart w:val="0D8457FCED50421FBFF47DE90BEB7DEB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570BDF87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53254F44" w14:textId="77777777" w:rsidTr="00B559EE">
        <w:tc>
          <w:tcPr>
            <w:tcW w:w="2723" w:type="dxa"/>
            <w:vAlign w:val="center"/>
          </w:tcPr>
          <w:p w14:paraId="5E59312A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Authorship position</w:t>
            </w:r>
            <w:r>
              <w:rPr>
                <w:b/>
                <w:bCs/>
              </w:rPr>
              <w:t>:</w:t>
            </w:r>
          </w:p>
          <w:p w14:paraId="1EC00DAC" w14:textId="77777777" w:rsidR="00C7289B" w:rsidRPr="0096274F" w:rsidRDefault="00C7289B" w:rsidP="00B559EE">
            <w:pPr>
              <w:rPr>
                <w:b/>
                <w:bCs/>
              </w:rPr>
            </w:pPr>
          </w:p>
        </w:tc>
        <w:sdt>
          <w:sdtPr>
            <w:id w:val="1711912965"/>
            <w:placeholder>
              <w:docPart w:val="9C868C514D304142B2BB462525D0C19F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8D94B29" w14:textId="77777777" w:rsidR="00C7289B" w:rsidRDefault="00C7289B" w:rsidP="00CA2CEB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43D79FB8" w14:textId="77777777" w:rsidTr="00B559EE">
        <w:tc>
          <w:tcPr>
            <w:tcW w:w="2723" w:type="dxa"/>
            <w:vAlign w:val="center"/>
          </w:tcPr>
          <w:p w14:paraId="595EC8B5" w14:textId="77777777" w:rsidR="00C7289B" w:rsidRPr="0096274F" w:rsidRDefault="00C7289B" w:rsidP="00B559EE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PMID or DOI reference:</w:t>
            </w:r>
          </w:p>
        </w:tc>
        <w:sdt>
          <w:sdtPr>
            <w:id w:val="171375152"/>
            <w:placeholder>
              <w:docPart w:val="420C63EF4C984BA28D7EF8C0281244B4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24469BE7" w14:textId="77777777" w:rsidR="00C7289B" w:rsidRDefault="00C7289B" w:rsidP="00CA2CEB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704273BF" w14:textId="77777777" w:rsidTr="00B559E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173587" w14:textId="77777777" w:rsidR="00C7289B" w:rsidRPr="00F4085D" w:rsidRDefault="00C7289B" w:rsidP="00B559EE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6D5429" w14:textId="644E3114" w:rsidR="00C7289B" w:rsidRDefault="00C7289B" w:rsidP="00B559EE"/>
        </w:tc>
      </w:tr>
    </w:tbl>
    <w:p w14:paraId="093D9F82" w14:textId="77777777" w:rsidR="009F0F2E" w:rsidRDefault="009F0F2E"/>
    <w:p w14:paraId="1B2040B6" w14:textId="19FDDD18" w:rsidR="00183922" w:rsidRPr="0096274F" w:rsidRDefault="00183922" w:rsidP="0096274F">
      <w:pPr>
        <w:pStyle w:val="Heading1"/>
        <w:rPr>
          <w:color w:val="00C6FF"/>
          <w:sz w:val="24"/>
          <w:szCs w:val="24"/>
          <w:lang w:val="en-GB"/>
        </w:rPr>
      </w:pPr>
      <w:r w:rsidRPr="0096274F">
        <w:rPr>
          <w:color w:val="00C6FF"/>
          <w:sz w:val="24"/>
          <w:szCs w:val="24"/>
          <w:lang w:val="en-GB"/>
        </w:rPr>
        <w:lastRenderedPageBreak/>
        <w:t>Abstract Publications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183922" w14:paraId="0970376E" w14:textId="77777777" w:rsidTr="00B559EE">
        <w:tc>
          <w:tcPr>
            <w:tcW w:w="9350" w:type="dxa"/>
            <w:gridSpan w:val="2"/>
          </w:tcPr>
          <w:p w14:paraId="13283B1B" w14:textId="5BCF4958" w:rsidR="00183922" w:rsidRDefault="00183922" w:rsidP="00B559EE">
            <w:r w:rsidRPr="00F4085D">
              <w:rPr>
                <w:b/>
                <w:bCs/>
              </w:rPr>
              <w:t>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550186356"/>
                <w:placeholder>
                  <w:docPart w:val="CEEA97E7AF614C1CBC4FDDE69CA3AA9E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183922" w14:paraId="4E1063C3" w14:textId="77777777" w:rsidTr="00B559EE">
        <w:tc>
          <w:tcPr>
            <w:tcW w:w="2723" w:type="dxa"/>
            <w:vAlign w:val="center"/>
          </w:tcPr>
          <w:p w14:paraId="310B286A" w14:textId="77777777" w:rsidR="00183922" w:rsidRPr="00832FE5" w:rsidRDefault="00183922" w:rsidP="00B559EE">
            <w:pPr>
              <w:rPr>
                <w:b/>
                <w:bCs/>
              </w:rPr>
            </w:pPr>
            <w:r w:rsidRPr="00832FE5">
              <w:rPr>
                <w:b/>
                <w:bCs/>
              </w:rPr>
              <w:t>Journal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645742277"/>
            <w:placeholder>
              <w:docPart w:val="D216645436A44853B9D6680FB9D4F216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41A3FDB" w14:textId="77777777" w:rsidR="00183922" w:rsidRDefault="00183922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83922" w14:paraId="1D337038" w14:textId="77777777" w:rsidTr="00B559EE">
        <w:tc>
          <w:tcPr>
            <w:tcW w:w="2723" w:type="dxa"/>
            <w:vAlign w:val="center"/>
          </w:tcPr>
          <w:p w14:paraId="65D01A50" w14:textId="4924A37C" w:rsidR="00183922" w:rsidRDefault="00183922" w:rsidP="00B559EE">
            <w:r w:rsidRPr="00F4085D">
              <w:rPr>
                <w:b/>
                <w:bCs/>
              </w:rPr>
              <w:t>Date</w:t>
            </w:r>
            <w:r w:rsidR="0096274F">
              <w:rPr>
                <w:b/>
                <w:bCs/>
              </w:rPr>
              <w:t>:</w:t>
            </w:r>
          </w:p>
        </w:tc>
        <w:sdt>
          <w:sdtPr>
            <w:id w:val="-2000873775"/>
            <w:placeholder>
              <w:docPart w:val="3786F71EE61B475EA698C9A14D733DB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7B8E4D2B" w14:textId="6A25369D" w:rsidR="00183922" w:rsidRDefault="00183922" w:rsidP="00B559EE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83922" w14:paraId="13B24CBC" w14:textId="77777777" w:rsidTr="00B559EE">
        <w:tc>
          <w:tcPr>
            <w:tcW w:w="2723" w:type="dxa"/>
            <w:vAlign w:val="center"/>
          </w:tcPr>
          <w:p w14:paraId="0F4EDB8B" w14:textId="2894D5F1" w:rsidR="00183922" w:rsidRPr="0096274F" w:rsidRDefault="00183922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Auth</w:t>
            </w:r>
            <w:r w:rsidR="0096274F">
              <w:rPr>
                <w:b/>
                <w:bCs/>
              </w:rPr>
              <w:t>o</w:t>
            </w:r>
            <w:r w:rsidRPr="0096274F">
              <w:rPr>
                <w:b/>
                <w:bCs/>
              </w:rPr>
              <w:t>rship position</w:t>
            </w:r>
            <w:r w:rsidR="0096274F">
              <w:rPr>
                <w:b/>
                <w:bCs/>
              </w:rPr>
              <w:t>:</w:t>
            </w:r>
          </w:p>
        </w:tc>
        <w:sdt>
          <w:sdtPr>
            <w:id w:val="-1199621030"/>
            <w:placeholder>
              <w:docPart w:val="87D0AC44B042420B8D3522F3EE5AC257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5F492236" w14:textId="77777777" w:rsidR="00183922" w:rsidRDefault="00183922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83922" w14:paraId="691C7055" w14:textId="77777777" w:rsidTr="00B559EE">
        <w:tc>
          <w:tcPr>
            <w:tcW w:w="2723" w:type="dxa"/>
            <w:vAlign w:val="center"/>
          </w:tcPr>
          <w:p w14:paraId="60318683" w14:textId="70E04162" w:rsidR="00183922" w:rsidRPr="0096274F" w:rsidRDefault="00183922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DOI link where applicable</w:t>
            </w:r>
            <w:r w:rsidR="0096274F">
              <w:rPr>
                <w:b/>
                <w:bCs/>
              </w:rPr>
              <w:t>:</w:t>
            </w:r>
          </w:p>
          <w:p w14:paraId="3A3676FA" w14:textId="2C469B83" w:rsidR="00183922" w:rsidRPr="0096274F" w:rsidRDefault="00183922" w:rsidP="00B559EE">
            <w:pPr>
              <w:rPr>
                <w:b/>
                <w:bCs/>
              </w:rPr>
            </w:pPr>
          </w:p>
        </w:tc>
        <w:sdt>
          <w:sdtPr>
            <w:id w:val="-888256031"/>
            <w:placeholder>
              <w:docPart w:val="FC1A1DD11A3A4B60A484EAA97662AFE2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567F34E1" w14:textId="46994D82" w:rsidR="00183922" w:rsidRDefault="0096274F" w:rsidP="00B559EE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83922" w14:paraId="1F044125" w14:textId="77777777" w:rsidTr="00B559E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CC440D" w14:textId="77777777" w:rsidR="00183922" w:rsidRPr="00F4085D" w:rsidRDefault="00183922" w:rsidP="00B559EE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5B70D4" w14:textId="6F3BA785" w:rsidR="00183922" w:rsidRDefault="00183922" w:rsidP="00B559EE"/>
        </w:tc>
      </w:tr>
      <w:tr w:rsidR="00C7289B" w14:paraId="1F0570D2" w14:textId="77777777" w:rsidTr="00B559EE">
        <w:tc>
          <w:tcPr>
            <w:tcW w:w="9350" w:type="dxa"/>
            <w:gridSpan w:val="2"/>
          </w:tcPr>
          <w:p w14:paraId="456DC403" w14:textId="45CE81FC" w:rsidR="00C7289B" w:rsidRDefault="00C7289B" w:rsidP="00B559EE">
            <w:r w:rsidRPr="00F4085D">
              <w:rPr>
                <w:b/>
                <w:bCs/>
              </w:rPr>
              <w:t>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8584438"/>
                <w:placeholder>
                  <w:docPart w:val="CD7C8CCE3FC645D89B2D643B9035DA37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7289B" w14:paraId="651554A7" w14:textId="77777777" w:rsidTr="00B559EE">
        <w:tc>
          <w:tcPr>
            <w:tcW w:w="2723" w:type="dxa"/>
            <w:vAlign w:val="center"/>
          </w:tcPr>
          <w:p w14:paraId="2EC5F7F0" w14:textId="77777777" w:rsidR="00C7289B" w:rsidRPr="00832FE5" w:rsidRDefault="00C7289B" w:rsidP="00B559EE">
            <w:pPr>
              <w:rPr>
                <w:b/>
                <w:bCs/>
              </w:rPr>
            </w:pPr>
            <w:r w:rsidRPr="00832FE5">
              <w:rPr>
                <w:b/>
                <w:bCs/>
              </w:rPr>
              <w:t>Journal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779846610"/>
            <w:placeholder>
              <w:docPart w:val="2E5C6EB14FB042D889A0A84C3416E609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7BC58F3F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5F9D082B" w14:textId="77777777" w:rsidTr="00B559EE">
        <w:tc>
          <w:tcPr>
            <w:tcW w:w="2723" w:type="dxa"/>
            <w:vAlign w:val="center"/>
          </w:tcPr>
          <w:p w14:paraId="7E5D72BD" w14:textId="77777777" w:rsidR="00C7289B" w:rsidRDefault="00C7289B" w:rsidP="00B559EE">
            <w:r w:rsidRPr="00F4085D">
              <w:rPr>
                <w:b/>
                <w:bCs/>
              </w:rPr>
              <w:t>Date</w:t>
            </w:r>
            <w:r>
              <w:rPr>
                <w:b/>
                <w:bCs/>
              </w:rPr>
              <w:t>:</w:t>
            </w:r>
          </w:p>
        </w:tc>
        <w:sdt>
          <w:sdtPr>
            <w:id w:val="1888061662"/>
            <w:placeholder>
              <w:docPart w:val="E880F87D6A4346398023EF55CDD29DD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6207C853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7DE32194" w14:textId="77777777" w:rsidTr="00B559EE">
        <w:tc>
          <w:tcPr>
            <w:tcW w:w="2723" w:type="dxa"/>
            <w:vAlign w:val="center"/>
          </w:tcPr>
          <w:p w14:paraId="264F48AB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Auth</w:t>
            </w:r>
            <w:r>
              <w:rPr>
                <w:b/>
                <w:bCs/>
              </w:rPr>
              <w:t>o</w:t>
            </w:r>
            <w:r w:rsidRPr="0096274F">
              <w:rPr>
                <w:b/>
                <w:bCs/>
              </w:rPr>
              <w:t>rship position</w:t>
            </w:r>
            <w:r>
              <w:rPr>
                <w:b/>
                <w:bCs/>
              </w:rPr>
              <w:t>:</w:t>
            </w:r>
          </w:p>
        </w:tc>
        <w:sdt>
          <w:sdtPr>
            <w:id w:val="-77059246"/>
            <w:placeholder>
              <w:docPart w:val="F2A5A42AFD8A47228A92FFE90356A5B4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AA382F1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05E3C460" w14:textId="77777777" w:rsidTr="00B559EE">
        <w:tc>
          <w:tcPr>
            <w:tcW w:w="2723" w:type="dxa"/>
            <w:vAlign w:val="center"/>
          </w:tcPr>
          <w:p w14:paraId="0D8C164B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DOI link where applicable</w:t>
            </w:r>
            <w:r>
              <w:rPr>
                <w:b/>
                <w:bCs/>
              </w:rPr>
              <w:t>:</w:t>
            </w:r>
          </w:p>
          <w:p w14:paraId="523FE189" w14:textId="77777777" w:rsidR="00C7289B" w:rsidRPr="0096274F" w:rsidRDefault="00C7289B" w:rsidP="00B559EE">
            <w:pPr>
              <w:rPr>
                <w:b/>
                <w:bCs/>
              </w:rPr>
            </w:pPr>
          </w:p>
        </w:tc>
        <w:sdt>
          <w:sdtPr>
            <w:id w:val="720403564"/>
            <w:placeholder>
              <w:docPart w:val="C8154094784B44B9B92C5A6A60D6ACD3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77BC17A3" w14:textId="77777777" w:rsidR="00C7289B" w:rsidRDefault="00C7289B" w:rsidP="00CA2CEB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58923CA1" w14:textId="77777777" w:rsidTr="00B559E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F1499B" w14:textId="77777777" w:rsidR="00C7289B" w:rsidRPr="00F4085D" w:rsidRDefault="00C7289B" w:rsidP="00B559EE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A171A8" w14:textId="06B41677" w:rsidR="00C7289B" w:rsidRDefault="00C7289B" w:rsidP="00B559EE"/>
        </w:tc>
      </w:tr>
      <w:tr w:rsidR="00C7289B" w14:paraId="34F2F1BA" w14:textId="77777777" w:rsidTr="00B559EE">
        <w:tc>
          <w:tcPr>
            <w:tcW w:w="9350" w:type="dxa"/>
            <w:gridSpan w:val="2"/>
          </w:tcPr>
          <w:p w14:paraId="5D8E3E25" w14:textId="1646BBDA" w:rsidR="00C7289B" w:rsidRDefault="00C7289B" w:rsidP="00B559EE">
            <w:r w:rsidRPr="00F4085D">
              <w:rPr>
                <w:b/>
                <w:bCs/>
              </w:rPr>
              <w:t>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536078805"/>
                <w:placeholder>
                  <w:docPart w:val="56739BCA10A54E78AD4599367086B559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7289B" w14:paraId="0EB70573" w14:textId="77777777" w:rsidTr="00B559EE">
        <w:tc>
          <w:tcPr>
            <w:tcW w:w="2723" w:type="dxa"/>
            <w:vAlign w:val="center"/>
          </w:tcPr>
          <w:p w14:paraId="67302FB4" w14:textId="77777777" w:rsidR="00C7289B" w:rsidRPr="00832FE5" w:rsidRDefault="00C7289B" w:rsidP="00B559EE">
            <w:pPr>
              <w:rPr>
                <w:b/>
                <w:bCs/>
              </w:rPr>
            </w:pPr>
            <w:r w:rsidRPr="00832FE5">
              <w:rPr>
                <w:b/>
                <w:bCs/>
              </w:rPr>
              <w:t>Journal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-246114773"/>
            <w:placeholder>
              <w:docPart w:val="520A84043297405099BB9798DB16B0D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3EA30301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2C170F90" w14:textId="77777777" w:rsidTr="00B559EE">
        <w:tc>
          <w:tcPr>
            <w:tcW w:w="2723" w:type="dxa"/>
            <w:vAlign w:val="center"/>
          </w:tcPr>
          <w:p w14:paraId="1E58B637" w14:textId="77777777" w:rsidR="00C7289B" w:rsidRDefault="00C7289B" w:rsidP="00B559EE">
            <w:r w:rsidRPr="00F4085D">
              <w:rPr>
                <w:b/>
                <w:bCs/>
              </w:rPr>
              <w:t>Date</w:t>
            </w:r>
            <w:r>
              <w:rPr>
                <w:b/>
                <w:bCs/>
              </w:rPr>
              <w:t>:</w:t>
            </w:r>
          </w:p>
        </w:tc>
        <w:sdt>
          <w:sdtPr>
            <w:id w:val="1555812903"/>
            <w:placeholder>
              <w:docPart w:val="82B2A385369B42768265A12800D160B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4C53209D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6A5CA7B7" w14:textId="77777777" w:rsidTr="00B559EE">
        <w:tc>
          <w:tcPr>
            <w:tcW w:w="2723" w:type="dxa"/>
            <w:vAlign w:val="center"/>
          </w:tcPr>
          <w:p w14:paraId="0BBCC9B4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Auth</w:t>
            </w:r>
            <w:r>
              <w:rPr>
                <w:b/>
                <w:bCs/>
              </w:rPr>
              <w:t>o</w:t>
            </w:r>
            <w:r w:rsidRPr="0096274F">
              <w:rPr>
                <w:b/>
                <w:bCs/>
              </w:rPr>
              <w:t>rship position</w:t>
            </w:r>
            <w:r>
              <w:rPr>
                <w:b/>
                <w:bCs/>
              </w:rPr>
              <w:t>:</w:t>
            </w:r>
          </w:p>
        </w:tc>
        <w:sdt>
          <w:sdtPr>
            <w:id w:val="2037392826"/>
            <w:placeholder>
              <w:docPart w:val="A420DF8139D746C5A27FA6EF20D27BA3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492AF51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591E8486" w14:textId="77777777" w:rsidTr="00B559EE">
        <w:tc>
          <w:tcPr>
            <w:tcW w:w="2723" w:type="dxa"/>
            <w:vAlign w:val="center"/>
          </w:tcPr>
          <w:p w14:paraId="7F9B09E4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DOI link where applicable</w:t>
            </w:r>
            <w:r>
              <w:rPr>
                <w:b/>
                <w:bCs/>
              </w:rPr>
              <w:t>:</w:t>
            </w:r>
          </w:p>
          <w:p w14:paraId="79D77E0A" w14:textId="77777777" w:rsidR="00C7289B" w:rsidRPr="0096274F" w:rsidRDefault="00C7289B" w:rsidP="00B559EE">
            <w:pPr>
              <w:rPr>
                <w:b/>
                <w:bCs/>
              </w:rPr>
            </w:pPr>
          </w:p>
        </w:tc>
        <w:sdt>
          <w:sdtPr>
            <w:id w:val="-1358044284"/>
            <w:placeholder>
              <w:docPart w:val="98AFFC1A8FC6455E8F8EA94F6EDBCF6F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5B0B3C8B" w14:textId="77777777" w:rsidR="00C7289B" w:rsidRDefault="00C7289B" w:rsidP="00CA2CEB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00C56ADD" w14:textId="77777777" w:rsidTr="00B559E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CEF554" w14:textId="77777777" w:rsidR="00C7289B" w:rsidRPr="00F4085D" w:rsidRDefault="00C7289B" w:rsidP="00B559EE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A65987" w14:textId="129C6E78" w:rsidR="00C7289B" w:rsidRDefault="00C7289B" w:rsidP="00B559EE"/>
        </w:tc>
      </w:tr>
      <w:tr w:rsidR="00C7289B" w14:paraId="79A36EA9" w14:textId="77777777" w:rsidTr="00B559EE">
        <w:tc>
          <w:tcPr>
            <w:tcW w:w="9350" w:type="dxa"/>
            <w:gridSpan w:val="2"/>
          </w:tcPr>
          <w:p w14:paraId="2CC0C071" w14:textId="79DC16DE" w:rsidR="00C7289B" w:rsidRDefault="00C7289B" w:rsidP="00B559EE">
            <w:r w:rsidRPr="00F4085D">
              <w:rPr>
                <w:b/>
                <w:bCs/>
              </w:rPr>
              <w:t>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106008360"/>
                <w:placeholder>
                  <w:docPart w:val="184FD954C7524848B47C6D010AF8E4E4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7289B" w14:paraId="7AE76115" w14:textId="77777777" w:rsidTr="00B559EE">
        <w:tc>
          <w:tcPr>
            <w:tcW w:w="2723" w:type="dxa"/>
            <w:vAlign w:val="center"/>
          </w:tcPr>
          <w:p w14:paraId="0DD951C4" w14:textId="77777777" w:rsidR="00C7289B" w:rsidRPr="00832FE5" w:rsidRDefault="00C7289B" w:rsidP="00B559EE">
            <w:pPr>
              <w:rPr>
                <w:b/>
                <w:bCs/>
              </w:rPr>
            </w:pPr>
            <w:r w:rsidRPr="00832FE5">
              <w:rPr>
                <w:b/>
                <w:bCs/>
              </w:rPr>
              <w:t>Journal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364900316"/>
            <w:placeholder>
              <w:docPart w:val="303CAA3061944C7D970E54BF5B6BC18D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5229628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741CD052" w14:textId="77777777" w:rsidTr="00B559EE">
        <w:tc>
          <w:tcPr>
            <w:tcW w:w="2723" w:type="dxa"/>
            <w:vAlign w:val="center"/>
          </w:tcPr>
          <w:p w14:paraId="198459B1" w14:textId="77777777" w:rsidR="00C7289B" w:rsidRDefault="00C7289B" w:rsidP="00B559EE">
            <w:r w:rsidRPr="00F4085D">
              <w:rPr>
                <w:b/>
                <w:bCs/>
              </w:rPr>
              <w:t>Date</w:t>
            </w:r>
            <w:r>
              <w:rPr>
                <w:b/>
                <w:bCs/>
              </w:rPr>
              <w:t>:</w:t>
            </w:r>
          </w:p>
        </w:tc>
        <w:sdt>
          <w:sdtPr>
            <w:id w:val="942965616"/>
            <w:placeholder>
              <w:docPart w:val="71A2D71439034300BAEB24681E9556F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0571A6E8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7D2DB4D9" w14:textId="77777777" w:rsidTr="00B559EE">
        <w:tc>
          <w:tcPr>
            <w:tcW w:w="2723" w:type="dxa"/>
            <w:vAlign w:val="center"/>
          </w:tcPr>
          <w:p w14:paraId="1070C2EB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Auth</w:t>
            </w:r>
            <w:r>
              <w:rPr>
                <w:b/>
                <w:bCs/>
              </w:rPr>
              <w:t>o</w:t>
            </w:r>
            <w:r w:rsidRPr="0096274F">
              <w:rPr>
                <w:b/>
                <w:bCs/>
              </w:rPr>
              <w:t>rship position</w:t>
            </w:r>
            <w:r>
              <w:rPr>
                <w:b/>
                <w:bCs/>
              </w:rPr>
              <w:t>:</w:t>
            </w:r>
          </w:p>
        </w:tc>
        <w:sdt>
          <w:sdtPr>
            <w:id w:val="-1438046344"/>
            <w:placeholder>
              <w:docPart w:val="04C0B1F848DA4B71AF7A63F38A038856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50F25EDA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42A22F46" w14:textId="77777777" w:rsidTr="00B559EE">
        <w:tc>
          <w:tcPr>
            <w:tcW w:w="2723" w:type="dxa"/>
            <w:vAlign w:val="center"/>
          </w:tcPr>
          <w:p w14:paraId="5D7FD900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DOI link where applicable</w:t>
            </w:r>
            <w:r>
              <w:rPr>
                <w:b/>
                <w:bCs/>
              </w:rPr>
              <w:t>:</w:t>
            </w:r>
          </w:p>
          <w:p w14:paraId="0CB4ABB2" w14:textId="77777777" w:rsidR="00C7289B" w:rsidRPr="0096274F" w:rsidRDefault="00C7289B" w:rsidP="00B559EE">
            <w:pPr>
              <w:rPr>
                <w:b/>
                <w:bCs/>
              </w:rPr>
            </w:pPr>
          </w:p>
        </w:tc>
        <w:sdt>
          <w:sdtPr>
            <w:id w:val="1780908089"/>
            <w:placeholder>
              <w:docPart w:val="77F70604E68E424A9E5E83D93BEFF238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A2B8536" w14:textId="77777777" w:rsidR="00C7289B" w:rsidRDefault="00C7289B" w:rsidP="00CA2CEB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5D62BBFA" w14:textId="77777777" w:rsidTr="00B559E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FC7548" w14:textId="77777777" w:rsidR="00C7289B" w:rsidRPr="00F4085D" w:rsidRDefault="00C7289B" w:rsidP="00B559EE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2C37BB" w14:textId="5F946ABA" w:rsidR="00C7289B" w:rsidRDefault="00C7289B" w:rsidP="00B559EE"/>
        </w:tc>
      </w:tr>
    </w:tbl>
    <w:p w14:paraId="3A45340F" w14:textId="77777777" w:rsidR="008A44A3" w:rsidRDefault="008A44A3" w:rsidP="00C71FAB">
      <w:pPr>
        <w:pStyle w:val="Heading2"/>
        <w:rPr>
          <w:color w:val="0024BB"/>
          <w:sz w:val="28"/>
          <w:szCs w:val="28"/>
        </w:rPr>
      </w:pPr>
    </w:p>
    <w:p w14:paraId="4EFE68D5" w14:textId="77777777" w:rsidR="008A44A3" w:rsidRDefault="008A44A3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GB"/>
        </w:rPr>
      </w:pPr>
      <w:r>
        <w:rPr>
          <w:color w:val="0024BB"/>
          <w:sz w:val="28"/>
          <w:szCs w:val="28"/>
        </w:rPr>
        <w:br w:type="page"/>
      </w:r>
    </w:p>
    <w:p w14:paraId="5889EAE0" w14:textId="0BEAEFCE" w:rsidR="00C71FAB" w:rsidRDefault="00183922" w:rsidP="00C71FAB">
      <w:pPr>
        <w:pStyle w:val="Heading2"/>
        <w:rPr>
          <w:color w:val="0024BB"/>
          <w:sz w:val="28"/>
          <w:szCs w:val="28"/>
        </w:rPr>
      </w:pPr>
      <w:r w:rsidRPr="00183922">
        <w:rPr>
          <w:color w:val="0024BB"/>
          <w:sz w:val="28"/>
          <w:szCs w:val="28"/>
        </w:rPr>
        <w:lastRenderedPageBreak/>
        <w:t>Presentation at National or International Meetings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90"/>
        <w:gridCol w:w="1997"/>
        <w:gridCol w:w="1421"/>
        <w:gridCol w:w="1086"/>
        <w:gridCol w:w="1565"/>
        <w:gridCol w:w="2291"/>
      </w:tblGrid>
      <w:tr w:rsidR="0047459F" w14:paraId="0884F366" w14:textId="77777777" w:rsidTr="0096274F">
        <w:tc>
          <w:tcPr>
            <w:tcW w:w="529" w:type="pct"/>
          </w:tcPr>
          <w:p w14:paraId="0F688267" w14:textId="10EC7136" w:rsidR="0047459F" w:rsidRPr="009F0F2E" w:rsidRDefault="0047459F" w:rsidP="0047459F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Title</w:t>
            </w:r>
          </w:p>
        </w:tc>
        <w:tc>
          <w:tcPr>
            <w:tcW w:w="1068" w:type="pct"/>
            <w:vAlign w:val="center"/>
          </w:tcPr>
          <w:p w14:paraId="6ED24491" w14:textId="5E481C0A" w:rsidR="0047459F" w:rsidRPr="009F0F2E" w:rsidRDefault="0047459F" w:rsidP="0047459F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Name of conference</w:t>
            </w:r>
          </w:p>
        </w:tc>
        <w:tc>
          <w:tcPr>
            <w:tcW w:w="760" w:type="pct"/>
            <w:vAlign w:val="center"/>
          </w:tcPr>
          <w:p w14:paraId="232E1824" w14:textId="3F8AEFA4" w:rsidR="0047459F" w:rsidRPr="009F0F2E" w:rsidRDefault="0047459F" w:rsidP="0047459F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Journal Name</w:t>
            </w:r>
          </w:p>
        </w:tc>
        <w:tc>
          <w:tcPr>
            <w:tcW w:w="581" w:type="pct"/>
          </w:tcPr>
          <w:p w14:paraId="0F2285AC" w14:textId="342E0799" w:rsidR="0047459F" w:rsidRPr="009F0F2E" w:rsidRDefault="0047459F" w:rsidP="0047459F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Date</w:t>
            </w:r>
          </w:p>
        </w:tc>
        <w:tc>
          <w:tcPr>
            <w:tcW w:w="837" w:type="pct"/>
            <w:vAlign w:val="center"/>
          </w:tcPr>
          <w:p w14:paraId="3FE8FCF2" w14:textId="31A70A7C" w:rsidR="0047459F" w:rsidRPr="009F0F2E" w:rsidRDefault="0047459F" w:rsidP="0047459F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1</w:t>
            </w:r>
            <w:r w:rsidRPr="00C71FAB">
              <w:rPr>
                <w:b/>
                <w:bCs/>
                <w:vertAlign w:val="superscript"/>
                <w:lang w:val="en-GB"/>
              </w:rPr>
              <w:t>st</w:t>
            </w:r>
            <w:r>
              <w:rPr>
                <w:b/>
                <w:bCs/>
                <w:lang w:val="en-GB"/>
              </w:rPr>
              <w:t xml:space="preserve"> author or other</w:t>
            </w:r>
          </w:p>
        </w:tc>
        <w:tc>
          <w:tcPr>
            <w:tcW w:w="1225" w:type="pct"/>
            <w:vAlign w:val="center"/>
          </w:tcPr>
          <w:p w14:paraId="139D5541" w14:textId="1226A052" w:rsidR="0047459F" w:rsidRPr="009F0F2E" w:rsidRDefault="0047459F" w:rsidP="0047459F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National/ International</w:t>
            </w:r>
          </w:p>
        </w:tc>
      </w:tr>
      <w:tr w:rsidR="0047459F" w14:paraId="4177804B" w14:textId="77777777" w:rsidTr="0096274F">
        <w:trPr>
          <w:trHeight w:val="219"/>
        </w:trPr>
        <w:sdt>
          <w:sdtPr>
            <w:rPr>
              <w:lang w:val="en-GB"/>
            </w:rPr>
            <w:id w:val="121511455"/>
            <w:placeholder>
              <w:docPart w:val="678BDFB0416C4019B382D44ACE761AB6"/>
            </w:placeholder>
            <w:showingPlcHdr/>
          </w:sdtPr>
          <w:sdtEndPr/>
          <w:sdtContent>
            <w:tc>
              <w:tcPr>
                <w:tcW w:w="529" w:type="pct"/>
              </w:tcPr>
              <w:p w14:paraId="626FB85C" w14:textId="690451A9" w:rsidR="0047459F" w:rsidRDefault="0096274F" w:rsidP="0047459F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948464092"/>
            <w:placeholder>
              <w:docPart w:val="610D6E3E91DD427D9E9ADDC066843901"/>
            </w:placeholder>
            <w:showingPlcHdr/>
          </w:sdtPr>
          <w:sdtEndPr/>
          <w:sdtContent>
            <w:tc>
              <w:tcPr>
                <w:tcW w:w="1068" w:type="pct"/>
              </w:tcPr>
              <w:p w14:paraId="6F7A4CAB" w14:textId="375F69EF" w:rsidR="0047459F" w:rsidRDefault="0047459F" w:rsidP="0047459F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920474491"/>
            <w:placeholder>
              <w:docPart w:val="D2E98435FC1640E08474D7AA437C09ED"/>
            </w:placeholder>
            <w:showingPlcHdr/>
          </w:sdtPr>
          <w:sdtEndPr/>
          <w:sdtContent>
            <w:tc>
              <w:tcPr>
                <w:tcW w:w="760" w:type="pct"/>
              </w:tcPr>
              <w:p w14:paraId="339D162D" w14:textId="3627AC61" w:rsidR="0047459F" w:rsidRDefault="0047459F" w:rsidP="0047459F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488394284"/>
            <w:placeholder>
              <w:docPart w:val="16890C57A6C44DE58FA2B753A28AFC7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581" w:type="pct"/>
              </w:tcPr>
              <w:p w14:paraId="4A9A8C71" w14:textId="06FDB310" w:rsidR="0047459F" w:rsidRDefault="0096274F" w:rsidP="0047459F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837" w:type="pct"/>
          </w:tcPr>
          <w:p w14:paraId="704A07D1" w14:textId="77777777" w:rsidR="0047459F" w:rsidRDefault="00A521CE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770007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1</w:t>
            </w:r>
            <w:r w:rsidR="0047459F" w:rsidRPr="00C71FAB">
              <w:rPr>
                <w:vertAlign w:val="superscript"/>
                <w:lang w:val="en-GB"/>
              </w:rPr>
              <w:t>st</w:t>
            </w:r>
            <w:r w:rsidR="0047459F">
              <w:rPr>
                <w:lang w:val="en-GB"/>
              </w:rPr>
              <w:t xml:space="preserve"> author</w:t>
            </w:r>
          </w:p>
          <w:p w14:paraId="79FE6625" w14:textId="631AD5C9" w:rsidR="0047459F" w:rsidRDefault="00A521CE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592748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Other</w:t>
            </w:r>
          </w:p>
        </w:tc>
        <w:tc>
          <w:tcPr>
            <w:tcW w:w="1225" w:type="pct"/>
          </w:tcPr>
          <w:p w14:paraId="38B57151" w14:textId="77777777" w:rsidR="0047459F" w:rsidRDefault="00A521CE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2002850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National </w:t>
            </w:r>
          </w:p>
          <w:p w14:paraId="23C905FF" w14:textId="77777777" w:rsidR="0047459F" w:rsidRDefault="00A521CE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955551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International  </w:t>
            </w:r>
          </w:p>
        </w:tc>
      </w:tr>
      <w:tr w:rsidR="0047459F" w14:paraId="3506AF79" w14:textId="77777777" w:rsidTr="0096274F">
        <w:sdt>
          <w:sdtPr>
            <w:rPr>
              <w:lang w:val="en-GB"/>
            </w:rPr>
            <w:id w:val="1196361063"/>
            <w:placeholder>
              <w:docPart w:val="704488C42CEB4F11AE67A14314E33283"/>
            </w:placeholder>
            <w:showingPlcHdr/>
          </w:sdtPr>
          <w:sdtEndPr/>
          <w:sdtContent>
            <w:tc>
              <w:tcPr>
                <w:tcW w:w="529" w:type="pct"/>
              </w:tcPr>
              <w:p w14:paraId="763A775A" w14:textId="46085E5A" w:rsidR="0047459F" w:rsidRDefault="0096274F" w:rsidP="0047459F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623151311"/>
            <w:placeholder>
              <w:docPart w:val="1401FA09AFDB4BC8B5C5CFF0C5502F58"/>
            </w:placeholder>
            <w:showingPlcHdr/>
          </w:sdtPr>
          <w:sdtEndPr/>
          <w:sdtContent>
            <w:tc>
              <w:tcPr>
                <w:tcW w:w="1068" w:type="pct"/>
              </w:tcPr>
              <w:p w14:paraId="20819714" w14:textId="730086A6" w:rsidR="0047459F" w:rsidRDefault="0047459F" w:rsidP="0047459F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91386788"/>
            <w:placeholder>
              <w:docPart w:val="52B82CCA040C4BED9462942E4CDA3F34"/>
            </w:placeholder>
            <w:showingPlcHdr/>
          </w:sdtPr>
          <w:sdtEndPr/>
          <w:sdtContent>
            <w:tc>
              <w:tcPr>
                <w:tcW w:w="760" w:type="pct"/>
              </w:tcPr>
              <w:p w14:paraId="40C9FE77" w14:textId="1DA8AFD1" w:rsidR="0047459F" w:rsidRDefault="0047459F" w:rsidP="0047459F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745481811"/>
            <w:placeholder>
              <w:docPart w:val="16582943F7414B0BA558DDC2829CA85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581" w:type="pct"/>
              </w:tcPr>
              <w:p w14:paraId="7F060BC9" w14:textId="504E87A9" w:rsidR="0047459F" w:rsidRDefault="0096274F" w:rsidP="0047459F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837" w:type="pct"/>
          </w:tcPr>
          <w:p w14:paraId="7B6A69C1" w14:textId="77777777" w:rsidR="0047459F" w:rsidRDefault="00A521CE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470479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1</w:t>
            </w:r>
            <w:r w:rsidR="0047459F" w:rsidRPr="00C71FAB">
              <w:rPr>
                <w:vertAlign w:val="superscript"/>
                <w:lang w:val="en-GB"/>
              </w:rPr>
              <w:t>st</w:t>
            </w:r>
            <w:r w:rsidR="0047459F">
              <w:rPr>
                <w:lang w:val="en-GB"/>
              </w:rPr>
              <w:t xml:space="preserve"> author</w:t>
            </w:r>
          </w:p>
          <w:p w14:paraId="644E2F2C" w14:textId="3C68185C" w:rsidR="0047459F" w:rsidRDefault="00A521CE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2105794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Other</w:t>
            </w:r>
          </w:p>
        </w:tc>
        <w:tc>
          <w:tcPr>
            <w:tcW w:w="1225" w:type="pct"/>
          </w:tcPr>
          <w:p w14:paraId="21BF89F6" w14:textId="77777777" w:rsidR="0047459F" w:rsidRDefault="00A521CE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320582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National </w:t>
            </w:r>
          </w:p>
          <w:p w14:paraId="4C1C6D4C" w14:textId="77777777" w:rsidR="0047459F" w:rsidRDefault="00A521CE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615051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International  </w:t>
            </w:r>
          </w:p>
        </w:tc>
      </w:tr>
      <w:tr w:rsidR="0047459F" w14:paraId="78A29DE4" w14:textId="77777777" w:rsidTr="0096274F">
        <w:sdt>
          <w:sdtPr>
            <w:rPr>
              <w:lang w:val="en-GB"/>
            </w:rPr>
            <w:id w:val="1072630204"/>
            <w:placeholder>
              <w:docPart w:val="6BF66982F77947E7A8306ACFBF3E7DD4"/>
            </w:placeholder>
            <w:showingPlcHdr/>
          </w:sdtPr>
          <w:sdtEndPr/>
          <w:sdtContent>
            <w:tc>
              <w:tcPr>
                <w:tcW w:w="529" w:type="pct"/>
              </w:tcPr>
              <w:p w14:paraId="270A5A8C" w14:textId="2D3DF18C" w:rsidR="0047459F" w:rsidRDefault="00574D74" w:rsidP="0047459F">
                <w:pPr>
                  <w:rPr>
                    <w:lang w:val="en-GB"/>
                  </w:rPr>
                </w:pPr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553351827"/>
            <w:placeholder>
              <w:docPart w:val="2454C37E8F45498A8416F0C3F816110B"/>
            </w:placeholder>
            <w:showingPlcHdr/>
          </w:sdtPr>
          <w:sdtEndPr/>
          <w:sdtContent>
            <w:tc>
              <w:tcPr>
                <w:tcW w:w="1068" w:type="pct"/>
              </w:tcPr>
              <w:p w14:paraId="5C867B17" w14:textId="7ED6759F" w:rsidR="0047459F" w:rsidRDefault="0047459F" w:rsidP="0047459F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2062275105"/>
            <w:placeholder>
              <w:docPart w:val="4AC54D331F0D478F9703AD53C655AB6D"/>
            </w:placeholder>
            <w:showingPlcHdr/>
          </w:sdtPr>
          <w:sdtEndPr/>
          <w:sdtContent>
            <w:tc>
              <w:tcPr>
                <w:tcW w:w="760" w:type="pct"/>
              </w:tcPr>
              <w:p w14:paraId="06728C83" w14:textId="55BBE535" w:rsidR="0047459F" w:rsidRDefault="0047459F" w:rsidP="0047459F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821638357"/>
            <w:placeholder>
              <w:docPart w:val="0D676FC3F99545E581E08D9AD3C6CAB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581" w:type="pct"/>
              </w:tcPr>
              <w:p w14:paraId="453A796B" w14:textId="10B86C6F" w:rsidR="0047459F" w:rsidRDefault="0096274F" w:rsidP="0047459F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837" w:type="pct"/>
          </w:tcPr>
          <w:p w14:paraId="1C4D915C" w14:textId="77777777" w:rsidR="0047459F" w:rsidRDefault="00A521CE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810791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1</w:t>
            </w:r>
            <w:r w:rsidR="0047459F" w:rsidRPr="00C71FAB">
              <w:rPr>
                <w:vertAlign w:val="superscript"/>
                <w:lang w:val="en-GB"/>
              </w:rPr>
              <w:t>st</w:t>
            </w:r>
            <w:r w:rsidR="0047459F">
              <w:rPr>
                <w:lang w:val="en-GB"/>
              </w:rPr>
              <w:t xml:space="preserve"> author</w:t>
            </w:r>
          </w:p>
          <w:p w14:paraId="60407701" w14:textId="66CE447F" w:rsidR="0047459F" w:rsidRDefault="00A521CE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239913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Other</w:t>
            </w:r>
          </w:p>
        </w:tc>
        <w:tc>
          <w:tcPr>
            <w:tcW w:w="1225" w:type="pct"/>
          </w:tcPr>
          <w:p w14:paraId="0EC47DCE" w14:textId="77777777" w:rsidR="0047459F" w:rsidRDefault="00A521CE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847312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National </w:t>
            </w:r>
          </w:p>
          <w:p w14:paraId="231B0042" w14:textId="7164CC8C" w:rsidR="0047459F" w:rsidRDefault="00A521CE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058200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International  </w:t>
            </w:r>
          </w:p>
        </w:tc>
      </w:tr>
      <w:tr w:rsidR="00C7289B" w14:paraId="6D8D7D54" w14:textId="77777777" w:rsidTr="0096274F">
        <w:sdt>
          <w:sdtPr>
            <w:rPr>
              <w:lang w:val="en-GB"/>
            </w:rPr>
            <w:id w:val="2093820627"/>
            <w:placeholder>
              <w:docPart w:val="AB966D56C9014B2FA10724CA65CEAED8"/>
            </w:placeholder>
            <w:showingPlcHdr/>
          </w:sdtPr>
          <w:sdtEndPr/>
          <w:sdtContent>
            <w:tc>
              <w:tcPr>
                <w:tcW w:w="529" w:type="pct"/>
              </w:tcPr>
              <w:p w14:paraId="26F175F5" w14:textId="1901E0AB" w:rsidR="00C7289B" w:rsidRDefault="00574D74" w:rsidP="0047459F">
                <w:pPr>
                  <w:rPr>
                    <w:lang w:val="en-GB"/>
                  </w:rPr>
                </w:pPr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94818821"/>
            <w:placeholder>
              <w:docPart w:val="8205920D02B240A69013ED99C9E31484"/>
            </w:placeholder>
            <w:showingPlcHdr/>
          </w:sdtPr>
          <w:sdtEndPr/>
          <w:sdtContent>
            <w:tc>
              <w:tcPr>
                <w:tcW w:w="1068" w:type="pct"/>
              </w:tcPr>
              <w:p w14:paraId="1846F2D3" w14:textId="77777777" w:rsidR="00C7289B" w:rsidRDefault="00C7289B" w:rsidP="00CA2CE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399339397"/>
            <w:placeholder>
              <w:docPart w:val="22D8F898BA024CDABD0C75E5AB48859D"/>
            </w:placeholder>
            <w:showingPlcHdr/>
          </w:sdtPr>
          <w:sdtEndPr/>
          <w:sdtContent>
            <w:tc>
              <w:tcPr>
                <w:tcW w:w="760" w:type="pct"/>
              </w:tcPr>
              <w:p w14:paraId="74DE52AE" w14:textId="77777777" w:rsidR="00C7289B" w:rsidRDefault="00C7289B" w:rsidP="00CA2CE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668081435"/>
            <w:placeholder>
              <w:docPart w:val="2F1F74CAAA74489A9424BCAF5C6F7E1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581" w:type="pct"/>
              </w:tcPr>
              <w:p w14:paraId="1016C8BC" w14:textId="77777777" w:rsidR="00C7289B" w:rsidRDefault="00C7289B" w:rsidP="00CA2CEB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837" w:type="pct"/>
          </w:tcPr>
          <w:p w14:paraId="551FA0F3" w14:textId="77777777" w:rsidR="00C7289B" w:rsidRDefault="00A521CE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49699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289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289B">
              <w:rPr>
                <w:lang w:val="en-GB"/>
              </w:rPr>
              <w:t xml:space="preserve"> 1</w:t>
            </w:r>
            <w:r w:rsidR="00C7289B" w:rsidRPr="00C71FAB">
              <w:rPr>
                <w:vertAlign w:val="superscript"/>
                <w:lang w:val="en-GB"/>
              </w:rPr>
              <w:t>st</w:t>
            </w:r>
            <w:r w:rsidR="00C7289B">
              <w:rPr>
                <w:lang w:val="en-GB"/>
              </w:rPr>
              <w:t xml:space="preserve"> author</w:t>
            </w:r>
          </w:p>
          <w:p w14:paraId="396E5D26" w14:textId="77777777" w:rsidR="00C7289B" w:rsidRDefault="00A521CE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38487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289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289B">
              <w:rPr>
                <w:lang w:val="en-GB"/>
              </w:rPr>
              <w:t xml:space="preserve"> Other</w:t>
            </w:r>
          </w:p>
        </w:tc>
        <w:tc>
          <w:tcPr>
            <w:tcW w:w="1225" w:type="pct"/>
          </w:tcPr>
          <w:p w14:paraId="59F85099" w14:textId="77777777" w:rsidR="00C7289B" w:rsidRDefault="00A521CE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940836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289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289B">
              <w:rPr>
                <w:lang w:val="en-GB"/>
              </w:rPr>
              <w:t xml:space="preserve"> National </w:t>
            </w:r>
          </w:p>
          <w:p w14:paraId="2638D699" w14:textId="0C2B535C" w:rsidR="00C7289B" w:rsidRDefault="00A521CE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612279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289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289B">
              <w:rPr>
                <w:lang w:val="en-GB"/>
              </w:rPr>
              <w:t xml:space="preserve"> International  </w:t>
            </w:r>
          </w:p>
        </w:tc>
      </w:tr>
      <w:tr w:rsidR="00C7289B" w14:paraId="23265723" w14:textId="77777777" w:rsidTr="0096274F">
        <w:sdt>
          <w:sdtPr>
            <w:rPr>
              <w:lang w:val="en-GB"/>
            </w:rPr>
            <w:id w:val="-1294604711"/>
            <w:placeholder>
              <w:docPart w:val="5FBF18CCF0454F5A8DFB6B375C108E02"/>
            </w:placeholder>
            <w:showingPlcHdr/>
          </w:sdtPr>
          <w:sdtEndPr/>
          <w:sdtContent>
            <w:tc>
              <w:tcPr>
                <w:tcW w:w="529" w:type="pct"/>
              </w:tcPr>
              <w:p w14:paraId="0F650B46" w14:textId="264A6974" w:rsidR="00C7289B" w:rsidRDefault="00574D74" w:rsidP="0047459F">
                <w:pPr>
                  <w:rPr>
                    <w:lang w:val="en-GB"/>
                  </w:rPr>
                </w:pPr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73787568"/>
            <w:placeholder>
              <w:docPart w:val="DBE3FFE383124725BB1C9110E19C2EF5"/>
            </w:placeholder>
            <w:showingPlcHdr/>
          </w:sdtPr>
          <w:sdtEndPr/>
          <w:sdtContent>
            <w:tc>
              <w:tcPr>
                <w:tcW w:w="1068" w:type="pct"/>
              </w:tcPr>
              <w:p w14:paraId="326E3DD8" w14:textId="77777777" w:rsidR="00C7289B" w:rsidRDefault="00C7289B" w:rsidP="00CA2CE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000017541"/>
            <w:placeholder>
              <w:docPart w:val="798FD2D37FA34766816DF0FDBED83C30"/>
            </w:placeholder>
            <w:showingPlcHdr/>
          </w:sdtPr>
          <w:sdtEndPr/>
          <w:sdtContent>
            <w:tc>
              <w:tcPr>
                <w:tcW w:w="760" w:type="pct"/>
              </w:tcPr>
              <w:p w14:paraId="4A4750E6" w14:textId="77777777" w:rsidR="00C7289B" w:rsidRDefault="00C7289B" w:rsidP="00CA2CE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129060828"/>
            <w:placeholder>
              <w:docPart w:val="7260C146ECD44EC494223927E41F4C9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581" w:type="pct"/>
              </w:tcPr>
              <w:p w14:paraId="2CF761B2" w14:textId="77777777" w:rsidR="00C7289B" w:rsidRDefault="00C7289B" w:rsidP="00CA2CEB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837" w:type="pct"/>
          </w:tcPr>
          <w:p w14:paraId="296BB0D9" w14:textId="77777777" w:rsidR="00C7289B" w:rsidRDefault="00A521CE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244909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289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289B">
              <w:rPr>
                <w:lang w:val="en-GB"/>
              </w:rPr>
              <w:t xml:space="preserve"> 1</w:t>
            </w:r>
            <w:r w:rsidR="00C7289B" w:rsidRPr="00C71FAB">
              <w:rPr>
                <w:vertAlign w:val="superscript"/>
                <w:lang w:val="en-GB"/>
              </w:rPr>
              <w:t>st</w:t>
            </w:r>
            <w:r w:rsidR="00C7289B">
              <w:rPr>
                <w:lang w:val="en-GB"/>
              </w:rPr>
              <w:t xml:space="preserve"> author</w:t>
            </w:r>
          </w:p>
          <w:p w14:paraId="236C3DBD" w14:textId="77777777" w:rsidR="00C7289B" w:rsidRDefault="00A521CE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210539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289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289B">
              <w:rPr>
                <w:lang w:val="en-GB"/>
              </w:rPr>
              <w:t xml:space="preserve"> Other</w:t>
            </w:r>
          </w:p>
        </w:tc>
        <w:tc>
          <w:tcPr>
            <w:tcW w:w="1225" w:type="pct"/>
          </w:tcPr>
          <w:p w14:paraId="0A894B63" w14:textId="77777777" w:rsidR="00C7289B" w:rsidRDefault="00A521CE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319071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289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289B">
              <w:rPr>
                <w:lang w:val="en-GB"/>
              </w:rPr>
              <w:t xml:space="preserve"> National </w:t>
            </w:r>
          </w:p>
          <w:p w14:paraId="501DD2A1" w14:textId="78F35B74" w:rsidR="00C7289B" w:rsidRDefault="00A521CE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318449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289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289B">
              <w:rPr>
                <w:lang w:val="en-GB"/>
              </w:rPr>
              <w:t xml:space="preserve"> International  </w:t>
            </w:r>
          </w:p>
        </w:tc>
      </w:tr>
    </w:tbl>
    <w:p w14:paraId="434F4B1B" w14:textId="77777777" w:rsidR="00C71FAB" w:rsidRDefault="00C71FAB"/>
    <w:p w14:paraId="11FB998D" w14:textId="77777777" w:rsidR="008A44A3" w:rsidRDefault="008A44A3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GB"/>
        </w:rPr>
      </w:pPr>
      <w:r>
        <w:rPr>
          <w:color w:val="0024BB"/>
          <w:sz w:val="28"/>
          <w:szCs w:val="28"/>
        </w:rPr>
        <w:br w:type="page"/>
      </w:r>
    </w:p>
    <w:p w14:paraId="41AE9C1E" w14:textId="110899A9" w:rsidR="0047459F" w:rsidRDefault="0047459F" w:rsidP="0096274F">
      <w:pPr>
        <w:pStyle w:val="Heading2"/>
        <w:rPr>
          <w:color w:val="0024BB"/>
          <w:sz w:val="28"/>
          <w:szCs w:val="28"/>
        </w:rPr>
      </w:pPr>
      <w:r w:rsidRPr="0096274F">
        <w:rPr>
          <w:color w:val="0024BB"/>
          <w:sz w:val="28"/>
          <w:szCs w:val="28"/>
        </w:rPr>
        <w:lastRenderedPageBreak/>
        <w:t>Presentation at Local Meetings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60"/>
        <w:gridCol w:w="3254"/>
        <w:gridCol w:w="2693"/>
        <w:gridCol w:w="1743"/>
      </w:tblGrid>
      <w:tr w:rsidR="0047459F" w14:paraId="60F7AF6E" w14:textId="77777777" w:rsidTr="0096274F">
        <w:tc>
          <w:tcPr>
            <w:tcW w:w="888" w:type="pct"/>
          </w:tcPr>
          <w:p w14:paraId="33325449" w14:textId="77777777" w:rsidR="0047459F" w:rsidRPr="009F0F2E" w:rsidRDefault="0047459F" w:rsidP="00B559EE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Title</w:t>
            </w:r>
          </w:p>
        </w:tc>
        <w:tc>
          <w:tcPr>
            <w:tcW w:w="1740" w:type="pct"/>
            <w:vAlign w:val="center"/>
          </w:tcPr>
          <w:p w14:paraId="2CD8320A" w14:textId="3442A638" w:rsidR="0047459F" w:rsidRPr="009F0F2E" w:rsidRDefault="0047459F" w:rsidP="00B559EE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Meeting Name</w:t>
            </w:r>
          </w:p>
        </w:tc>
        <w:tc>
          <w:tcPr>
            <w:tcW w:w="1440" w:type="pct"/>
            <w:vAlign w:val="center"/>
          </w:tcPr>
          <w:p w14:paraId="7D0461FA" w14:textId="26228247" w:rsidR="0047459F" w:rsidRPr="009F0F2E" w:rsidRDefault="0047459F" w:rsidP="00B559EE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Location</w:t>
            </w:r>
          </w:p>
        </w:tc>
        <w:tc>
          <w:tcPr>
            <w:tcW w:w="932" w:type="pct"/>
          </w:tcPr>
          <w:p w14:paraId="2C2FA470" w14:textId="77777777" w:rsidR="0047459F" w:rsidRPr="009F0F2E" w:rsidRDefault="0047459F" w:rsidP="00B559EE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Date</w:t>
            </w:r>
          </w:p>
        </w:tc>
      </w:tr>
      <w:tr w:rsidR="0047459F" w14:paraId="71CE8F21" w14:textId="77777777" w:rsidTr="0096274F">
        <w:trPr>
          <w:trHeight w:val="219"/>
        </w:trPr>
        <w:sdt>
          <w:sdtPr>
            <w:rPr>
              <w:lang w:val="en-GB"/>
            </w:rPr>
            <w:id w:val="-2136553583"/>
            <w:placeholder>
              <w:docPart w:val="FA30271FEFC348AA9E5C51915CB6B353"/>
            </w:placeholder>
            <w:showingPlcHdr/>
          </w:sdtPr>
          <w:sdtEndPr/>
          <w:sdtContent>
            <w:tc>
              <w:tcPr>
                <w:tcW w:w="888" w:type="pct"/>
              </w:tcPr>
              <w:p w14:paraId="1912050D" w14:textId="3DF7D817" w:rsidR="0047459F" w:rsidRDefault="0096274F" w:rsidP="00B559EE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580986101"/>
            <w:placeholder>
              <w:docPart w:val="C7DD79BF05634BE6B6D98E9117261CC0"/>
            </w:placeholder>
            <w:showingPlcHdr/>
          </w:sdtPr>
          <w:sdtEndPr/>
          <w:sdtContent>
            <w:tc>
              <w:tcPr>
                <w:tcW w:w="1740" w:type="pct"/>
              </w:tcPr>
              <w:p w14:paraId="63588163" w14:textId="77777777" w:rsidR="0047459F" w:rsidRDefault="0047459F" w:rsidP="00B559EE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801441857"/>
            <w:placeholder>
              <w:docPart w:val="F6F499A2FD2D495C88CD81BBDDB13A0F"/>
            </w:placeholder>
            <w:showingPlcHdr/>
          </w:sdtPr>
          <w:sdtEndPr/>
          <w:sdtContent>
            <w:tc>
              <w:tcPr>
                <w:tcW w:w="1440" w:type="pct"/>
              </w:tcPr>
              <w:p w14:paraId="55689F9C" w14:textId="77777777" w:rsidR="0047459F" w:rsidRDefault="0047459F" w:rsidP="00B559EE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842862582"/>
            <w:placeholder>
              <w:docPart w:val="7545899C29A7415EAA4837157425813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932" w:type="pct"/>
              </w:tcPr>
              <w:p w14:paraId="29C00C0C" w14:textId="064EDE7F" w:rsidR="0047459F" w:rsidRDefault="0096274F" w:rsidP="00B559EE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7459F" w14:paraId="61ABF0BF" w14:textId="77777777" w:rsidTr="0096274F">
        <w:sdt>
          <w:sdtPr>
            <w:rPr>
              <w:lang w:val="en-GB"/>
            </w:rPr>
            <w:id w:val="1330407706"/>
            <w:placeholder>
              <w:docPart w:val="8FC07AE71D624C7A8A998C6D74922177"/>
            </w:placeholder>
            <w:showingPlcHdr/>
          </w:sdtPr>
          <w:sdtEndPr/>
          <w:sdtContent>
            <w:tc>
              <w:tcPr>
                <w:tcW w:w="888" w:type="pct"/>
              </w:tcPr>
              <w:p w14:paraId="1C55D801" w14:textId="35CF4083" w:rsidR="0047459F" w:rsidRDefault="0096274F" w:rsidP="00B559EE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589657609"/>
            <w:placeholder>
              <w:docPart w:val="30ABA57C02F84487A8D4F41AF0328B8D"/>
            </w:placeholder>
            <w:showingPlcHdr/>
          </w:sdtPr>
          <w:sdtEndPr/>
          <w:sdtContent>
            <w:tc>
              <w:tcPr>
                <w:tcW w:w="1740" w:type="pct"/>
              </w:tcPr>
              <w:p w14:paraId="244C7150" w14:textId="77777777" w:rsidR="0047459F" w:rsidRDefault="0047459F" w:rsidP="00B559EE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608205023"/>
            <w:placeholder>
              <w:docPart w:val="52AFDA73380440E193E8730CAD6C0E05"/>
            </w:placeholder>
            <w:showingPlcHdr/>
          </w:sdtPr>
          <w:sdtEndPr/>
          <w:sdtContent>
            <w:tc>
              <w:tcPr>
                <w:tcW w:w="1440" w:type="pct"/>
              </w:tcPr>
              <w:p w14:paraId="23A3C076" w14:textId="77777777" w:rsidR="0047459F" w:rsidRDefault="0047459F" w:rsidP="00B559EE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58443863"/>
            <w:placeholder>
              <w:docPart w:val="F408473D377847658E0C115CF77087B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932" w:type="pct"/>
              </w:tcPr>
              <w:p w14:paraId="5C1B43C2" w14:textId="1BB3BFD6" w:rsidR="0047459F" w:rsidRDefault="0096274F" w:rsidP="00B559EE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7459F" w14:paraId="2971D0CA" w14:textId="77777777" w:rsidTr="0096274F">
        <w:sdt>
          <w:sdtPr>
            <w:rPr>
              <w:lang w:val="en-GB"/>
            </w:rPr>
            <w:id w:val="-246964315"/>
            <w:placeholder>
              <w:docPart w:val="23CD71F65D7246DDB57DFC123B9A6842"/>
            </w:placeholder>
            <w:showingPlcHdr/>
          </w:sdtPr>
          <w:sdtEndPr/>
          <w:sdtContent>
            <w:tc>
              <w:tcPr>
                <w:tcW w:w="888" w:type="pct"/>
              </w:tcPr>
              <w:p w14:paraId="1C3FBEBA" w14:textId="462D7B65" w:rsidR="0047459F" w:rsidRDefault="0096274F" w:rsidP="00B559EE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2041621689"/>
            <w:placeholder>
              <w:docPart w:val="78922809AE6B4F6CAE9D040E474CC495"/>
            </w:placeholder>
            <w:showingPlcHdr/>
          </w:sdtPr>
          <w:sdtEndPr/>
          <w:sdtContent>
            <w:tc>
              <w:tcPr>
                <w:tcW w:w="1740" w:type="pct"/>
              </w:tcPr>
              <w:p w14:paraId="5484A928" w14:textId="77777777" w:rsidR="0047459F" w:rsidRDefault="0047459F" w:rsidP="00B559EE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903820114"/>
            <w:placeholder>
              <w:docPart w:val="0EEE2608357442D7B6730E5BE03166C2"/>
            </w:placeholder>
            <w:showingPlcHdr/>
          </w:sdtPr>
          <w:sdtEndPr/>
          <w:sdtContent>
            <w:tc>
              <w:tcPr>
                <w:tcW w:w="1440" w:type="pct"/>
              </w:tcPr>
              <w:p w14:paraId="005A373B" w14:textId="77777777" w:rsidR="0047459F" w:rsidRDefault="0047459F" w:rsidP="00B559EE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962449475"/>
            <w:placeholder>
              <w:docPart w:val="C4C73EF8CB824722B9706CD0D33947C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932" w:type="pct"/>
              </w:tcPr>
              <w:p w14:paraId="200581CA" w14:textId="4ACB1FF7" w:rsidR="0047459F" w:rsidRDefault="0096274F" w:rsidP="00B559EE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96274F" w14:paraId="33CB5C6E" w14:textId="77777777" w:rsidTr="0096274F">
        <w:sdt>
          <w:sdtPr>
            <w:rPr>
              <w:lang w:val="en-GB"/>
            </w:rPr>
            <w:id w:val="-956871282"/>
            <w:placeholder>
              <w:docPart w:val="37019661A4854A18B73563DE48BC9FCF"/>
            </w:placeholder>
            <w:showingPlcHdr/>
          </w:sdtPr>
          <w:sdtEndPr/>
          <w:sdtContent>
            <w:tc>
              <w:tcPr>
                <w:tcW w:w="888" w:type="pct"/>
              </w:tcPr>
              <w:p w14:paraId="50315E53" w14:textId="7321CEAA" w:rsidR="0096274F" w:rsidRDefault="0096274F" w:rsidP="00994CF1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539350290"/>
            <w:placeholder>
              <w:docPart w:val="F44508748F414DDEA7A7F204D8CB4FCC"/>
            </w:placeholder>
            <w:showingPlcHdr/>
          </w:sdtPr>
          <w:sdtEndPr/>
          <w:sdtContent>
            <w:tc>
              <w:tcPr>
                <w:tcW w:w="1740" w:type="pct"/>
              </w:tcPr>
              <w:p w14:paraId="10FC820D" w14:textId="77777777" w:rsidR="0096274F" w:rsidRDefault="0096274F" w:rsidP="00994CF1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69391402"/>
            <w:placeholder>
              <w:docPart w:val="64B41B8DA05740488206EC512FA69B0D"/>
            </w:placeholder>
            <w:showingPlcHdr/>
          </w:sdtPr>
          <w:sdtEndPr/>
          <w:sdtContent>
            <w:tc>
              <w:tcPr>
                <w:tcW w:w="1440" w:type="pct"/>
              </w:tcPr>
              <w:p w14:paraId="4215F5C7" w14:textId="77777777" w:rsidR="0096274F" w:rsidRDefault="0096274F" w:rsidP="00994CF1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757203126"/>
            <w:placeholder>
              <w:docPart w:val="CA1B9765AA0C4F8DA972583B2303D46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932" w:type="pct"/>
              </w:tcPr>
              <w:p w14:paraId="5F82B0F4" w14:textId="7D9131B9" w:rsidR="0096274F" w:rsidRDefault="0096274F" w:rsidP="00994CF1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D4225" w14:paraId="7E7CC689" w14:textId="77777777" w:rsidTr="0096274F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6B3929" w14:textId="7EE7B914" w:rsidR="003D4225" w:rsidRDefault="003D4225" w:rsidP="002D7D98"/>
        </w:tc>
      </w:tr>
    </w:tbl>
    <w:p w14:paraId="024FBF5B" w14:textId="77777777" w:rsidR="008A44A3" w:rsidRDefault="008A44A3" w:rsidP="0047459F">
      <w:pPr>
        <w:pStyle w:val="Heading1"/>
      </w:pPr>
    </w:p>
    <w:p w14:paraId="1060F411" w14:textId="77777777" w:rsidR="008A44A3" w:rsidRDefault="008A44A3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322CBAA" w14:textId="486CC8D2" w:rsidR="0047459F" w:rsidRDefault="0047459F" w:rsidP="0047459F">
      <w:pPr>
        <w:pStyle w:val="Heading1"/>
      </w:pPr>
      <w:r>
        <w:lastRenderedPageBreak/>
        <w:t>Teaching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47459F" w14:paraId="121DDBDB" w14:textId="77777777" w:rsidTr="008465BA">
        <w:tc>
          <w:tcPr>
            <w:tcW w:w="2689" w:type="dxa"/>
          </w:tcPr>
          <w:p w14:paraId="3982E4D7" w14:textId="08BAA075" w:rsidR="0047459F" w:rsidRDefault="0047459F" w:rsidP="008465BA">
            <w:r w:rsidRPr="00F4085D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237CF43946054CECA58D4059F5D464D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D91EC29" w14:textId="77777777" w:rsidR="0047459F" w:rsidRDefault="0047459F" w:rsidP="008465BA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7459F" w14:paraId="43A1A4C9" w14:textId="77777777" w:rsidTr="008465BA">
        <w:tc>
          <w:tcPr>
            <w:tcW w:w="2689" w:type="dxa"/>
          </w:tcPr>
          <w:p w14:paraId="1E8816E2" w14:textId="77777777" w:rsidR="0047459F" w:rsidRDefault="0047459F" w:rsidP="008465BA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66DC0BAFFB5944C1A17F331BD044CF5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5E2AA06" w14:textId="77777777" w:rsidR="0047459F" w:rsidRDefault="0047459F" w:rsidP="008465BA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7459F" w14:paraId="36590BC8" w14:textId="77777777" w:rsidTr="008465BA">
        <w:tc>
          <w:tcPr>
            <w:tcW w:w="2689" w:type="dxa"/>
          </w:tcPr>
          <w:p w14:paraId="2B3B8F7C" w14:textId="618B2CFD" w:rsidR="0047459F" w:rsidRDefault="0047459F" w:rsidP="008465BA">
            <w:r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96A99737D025434D9696998E28F5C9C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6FC4112" w14:textId="77777777" w:rsidR="0047459F" w:rsidRDefault="0047459F" w:rsidP="008465BA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7459F" w14:paraId="1E721268" w14:textId="77777777" w:rsidTr="008465BA">
        <w:tc>
          <w:tcPr>
            <w:tcW w:w="2689" w:type="dxa"/>
          </w:tcPr>
          <w:p w14:paraId="1125D2FF" w14:textId="14D7370E" w:rsidR="0047459F" w:rsidRPr="003D4225" w:rsidRDefault="0047459F" w:rsidP="008465BA">
            <w:pPr>
              <w:rPr>
                <w:b/>
                <w:bCs/>
              </w:rPr>
            </w:pPr>
            <w:r>
              <w:rPr>
                <w:b/>
                <w:bCs/>
                <w:lang w:val="en-GB"/>
              </w:rPr>
              <w:t>Audience</w:t>
            </w:r>
            <w:r w:rsidRPr="003D4225">
              <w:rPr>
                <w:b/>
                <w:bCs/>
                <w:lang w:val="en-GB"/>
              </w:rPr>
              <w:t xml:space="preserve"> </w:t>
            </w:r>
          </w:p>
        </w:tc>
        <w:sdt>
          <w:sdtPr>
            <w:id w:val="206851474"/>
            <w:placeholder>
              <w:docPart w:val="37D43A04B7AF422091CB3337501A22F4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31C4438" w14:textId="77777777" w:rsidR="0047459F" w:rsidRDefault="0047459F" w:rsidP="008465BA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7459F" w14:paraId="3CCDCF99" w14:textId="77777777" w:rsidTr="008465BA">
        <w:tc>
          <w:tcPr>
            <w:tcW w:w="2689" w:type="dxa"/>
          </w:tcPr>
          <w:p w14:paraId="1938CF37" w14:textId="01F3DAAD" w:rsidR="0047459F" w:rsidRPr="003D4225" w:rsidRDefault="0047459F" w:rsidP="008465B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2075569655"/>
            <w:placeholder>
              <w:docPart w:val="A5157151B832421AA3B9C068C1547739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37223A2" w14:textId="77777777" w:rsidR="0047459F" w:rsidRDefault="0047459F" w:rsidP="008465BA"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7459F" w14:paraId="0565E42A" w14:textId="77777777" w:rsidTr="008465BA">
        <w:tc>
          <w:tcPr>
            <w:tcW w:w="2689" w:type="dxa"/>
          </w:tcPr>
          <w:p w14:paraId="3EA200F1" w14:textId="489B2ABF" w:rsidR="0047459F" w:rsidRPr="0096274F" w:rsidRDefault="0047459F" w:rsidP="008465BA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Complete/Ongoing</w:t>
            </w:r>
          </w:p>
        </w:tc>
        <w:tc>
          <w:tcPr>
            <w:tcW w:w="6661" w:type="dxa"/>
          </w:tcPr>
          <w:p w14:paraId="680AE7A7" w14:textId="34F1DAAA" w:rsidR="0047459F" w:rsidRDefault="0096274F" w:rsidP="008465BA">
            <w:r>
              <w:t xml:space="preserve">Complete </w:t>
            </w:r>
            <w:sdt>
              <w:sdtPr>
                <w:id w:val="933103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A7BF5">
              <w:tab/>
            </w:r>
            <w:r>
              <w:t xml:space="preserve">Ongoing </w:t>
            </w:r>
            <w:sdt>
              <w:sdtPr>
                <w:id w:val="105012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7459F" w14:paraId="062866CB" w14:textId="77777777" w:rsidTr="008465BA">
        <w:tc>
          <w:tcPr>
            <w:tcW w:w="2689" w:type="dxa"/>
          </w:tcPr>
          <w:p w14:paraId="26E5E5B5" w14:textId="50F05526" w:rsidR="0047459F" w:rsidRPr="0096274F" w:rsidRDefault="0047459F" w:rsidP="008465BA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Supporting documentation</w:t>
            </w:r>
          </w:p>
        </w:tc>
        <w:tc>
          <w:tcPr>
            <w:tcW w:w="6661" w:type="dxa"/>
          </w:tcPr>
          <w:p w14:paraId="5CAA23B3" w14:textId="2DC2182A" w:rsidR="0047459F" w:rsidRDefault="0096274F" w:rsidP="008465BA">
            <w:r>
              <w:t xml:space="preserve">Yes </w:t>
            </w:r>
            <w:sdt>
              <w:sdtPr>
                <w:id w:val="716625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499665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7459F" w14:paraId="527C65F9" w14:textId="77777777" w:rsidTr="008465B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EEC15A" w14:textId="53F4A166" w:rsidR="0047459F" w:rsidRDefault="0047459F" w:rsidP="008465BA"/>
        </w:tc>
      </w:tr>
      <w:tr w:rsidR="00DA7BF5" w14:paraId="487FBCC3" w14:textId="77777777" w:rsidTr="008465BA">
        <w:tc>
          <w:tcPr>
            <w:tcW w:w="2689" w:type="dxa"/>
          </w:tcPr>
          <w:p w14:paraId="252AD0DE" w14:textId="67336859" w:rsidR="00DA7BF5" w:rsidRDefault="00DA7BF5" w:rsidP="008465BA">
            <w:r w:rsidRPr="00F4085D">
              <w:rPr>
                <w:b/>
                <w:bCs/>
              </w:rPr>
              <w:t>Role</w:t>
            </w:r>
          </w:p>
        </w:tc>
        <w:sdt>
          <w:sdtPr>
            <w:id w:val="1435940420"/>
            <w:placeholder>
              <w:docPart w:val="2BAC9088FBAB426EBC343685F5C0CBA3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69B8D11" w14:textId="77777777" w:rsidR="00DA7BF5" w:rsidRDefault="00DA7BF5" w:rsidP="00994C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A7BF5" w14:paraId="528AD72D" w14:textId="77777777" w:rsidTr="008465BA">
        <w:tc>
          <w:tcPr>
            <w:tcW w:w="2689" w:type="dxa"/>
          </w:tcPr>
          <w:p w14:paraId="67795AC8" w14:textId="77777777" w:rsidR="00DA7BF5" w:rsidRDefault="00DA7BF5" w:rsidP="008465BA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15455713"/>
            <w:placeholder>
              <w:docPart w:val="534F5ABD826E4CB59AC1DC10283C3913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59C919C" w14:textId="77777777" w:rsidR="00DA7BF5" w:rsidRDefault="00DA7BF5" w:rsidP="00994C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A7BF5" w14:paraId="1DBECCF5" w14:textId="77777777" w:rsidTr="008465BA">
        <w:tc>
          <w:tcPr>
            <w:tcW w:w="2689" w:type="dxa"/>
          </w:tcPr>
          <w:p w14:paraId="336DBA75" w14:textId="77777777" w:rsidR="00DA7BF5" w:rsidRDefault="00DA7BF5" w:rsidP="008465BA">
            <w:r>
              <w:rPr>
                <w:b/>
                <w:bCs/>
              </w:rPr>
              <w:t>Teaching Delivered</w:t>
            </w:r>
          </w:p>
        </w:tc>
        <w:sdt>
          <w:sdtPr>
            <w:id w:val="1198505094"/>
            <w:placeholder>
              <w:docPart w:val="481AAFE9D99C483A861A4D987AE9681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396DD91" w14:textId="77777777" w:rsidR="00DA7BF5" w:rsidRDefault="00DA7BF5" w:rsidP="00994C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A7BF5" w14:paraId="72E1725D" w14:textId="77777777" w:rsidTr="008465BA">
        <w:tc>
          <w:tcPr>
            <w:tcW w:w="2689" w:type="dxa"/>
          </w:tcPr>
          <w:p w14:paraId="3BC99F35" w14:textId="77777777" w:rsidR="00DA7BF5" w:rsidRPr="003D4225" w:rsidRDefault="00DA7BF5" w:rsidP="008465BA">
            <w:pPr>
              <w:rPr>
                <w:b/>
                <w:bCs/>
              </w:rPr>
            </w:pPr>
            <w:r>
              <w:rPr>
                <w:b/>
                <w:bCs/>
                <w:lang w:val="en-GB"/>
              </w:rPr>
              <w:t>Audience</w:t>
            </w:r>
            <w:r w:rsidRPr="003D4225">
              <w:rPr>
                <w:b/>
                <w:bCs/>
                <w:lang w:val="en-GB"/>
              </w:rPr>
              <w:t xml:space="preserve"> </w:t>
            </w:r>
          </w:p>
        </w:tc>
        <w:sdt>
          <w:sdtPr>
            <w:id w:val="-1194914428"/>
            <w:placeholder>
              <w:docPart w:val="A1D6205C339F45459EB11FE91EABB5B9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0ED83AE" w14:textId="77777777" w:rsidR="00DA7BF5" w:rsidRDefault="00DA7BF5" w:rsidP="00994C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A7BF5" w14:paraId="2C21C7BE" w14:textId="77777777" w:rsidTr="008465BA">
        <w:tc>
          <w:tcPr>
            <w:tcW w:w="2689" w:type="dxa"/>
          </w:tcPr>
          <w:p w14:paraId="4DED56EA" w14:textId="77777777" w:rsidR="00DA7BF5" w:rsidRPr="003D4225" w:rsidRDefault="00DA7BF5" w:rsidP="008465B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154058031"/>
            <w:placeholder>
              <w:docPart w:val="7C1953A6AA7748DF8C65B038601F1F2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52C3609" w14:textId="77777777" w:rsidR="00DA7BF5" w:rsidRDefault="00DA7BF5" w:rsidP="00994CF1"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A7BF5" w14:paraId="2C0507CE" w14:textId="77777777" w:rsidTr="008465BA">
        <w:tc>
          <w:tcPr>
            <w:tcW w:w="2689" w:type="dxa"/>
          </w:tcPr>
          <w:p w14:paraId="26F8A103" w14:textId="77777777" w:rsidR="00DA7BF5" w:rsidRPr="0096274F" w:rsidRDefault="00DA7BF5" w:rsidP="008465BA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Complete/Ongoing</w:t>
            </w:r>
          </w:p>
        </w:tc>
        <w:tc>
          <w:tcPr>
            <w:tcW w:w="6661" w:type="dxa"/>
          </w:tcPr>
          <w:p w14:paraId="2B45B387" w14:textId="77777777" w:rsidR="00DA7BF5" w:rsidRDefault="00DA7BF5" w:rsidP="008465BA">
            <w:r>
              <w:t xml:space="preserve">Complete </w:t>
            </w:r>
            <w:sdt>
              <w:sdtPr>
                <w:id w:val="1060444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  <w:t xml:space="preserve">Ongoing </w:t>
            </w:r>
            <w:sdt>
              <w:sdtPr>
                <w:id w:val="327645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DA7BF5" w14:paraId="4F7160AC" w14:textId="77777777" w:rsidTr="008465BA">
        <w:tc>
          <w:tcPr>
            <w:tcW w:w="2689" w:type="dxa"/>
          </w:tcPr>
          <w:p w14:paraId="5809216E" w14:textId="77777777" w:rsidR="00DA7BF5" w:rsidRPr="0096274F" w:rsidRDefault="00DA7BF5" w:rsidP="008465BA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Supporting documentation</w:t>
            </w:r>
          </w:p>
        </w:tc>
        <w:tc>
          <w:tcPr>
            <w:tcW w:w="6661" w:type="dxa"/>
          </w:tcPr>
          <w:p w14:paraId="7154709E" w14:textId="77777777" w:rsidR="00DA7BF5" w:rsidRDefault="00DA7BF5" w:rsidP="008465BA">
            <w:r>
              <w:t xml:space="preserve">Yes </w:t>
            </w:r>
            <w:sdt>
              <w:sdtPr>
                <w:id w:val="-1116362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311525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DA7BF5" w14:paraId="691EB24E" w14:textId="77777777" w:rsidTr="008465B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968950" w14:textId="2D606C9C" w:rsidR="00DA7BF5" w:rsidRDefault="00DA7BF5" w:rsidP="008465BA"/>
        </w:tc>
      </w:tr>
      <w:tr w:rsidR="00C7289B" w14:paraId="267D63A4" w14:textId="77777777" w:rsidTr="008465BA">
        <w:tc>
          <w:tcPr>
            <w:tcW w:w="2689" w:type="dxa"/>
          </w:tcPr>
          <w:p w14:paraId="4B32EB68" w14:textId="58D804D1" w:rsidR="00C7289B" w:rsidRDefault="00C7289B" w:rsidP="008465B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784425145"/>
            <w:placeholder>
              <w:docPart w:val="4C19198CC0164A85A05A83037B8281B8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B7DDC67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3BB3972F" w14:textId="77777777" w:rsidTr="008465BA">
        <w:tc>
          <w:tcPr>
            <w:tcW w:w="2689" w:type="dxa"/>
          </w:tcPr>
          <w:p w14:paraId="336446BF" w14:textId="77777777" w:rsidR="00C7289B" w:rsidRDefault="00C7289B" w:rsidP="008465BA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065175978"/>
            <w:placeholder>
              <w:docPart w:val="F9CDBC924E5C40D0837928EED517D01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8FAE1C2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18960131" w14:textId="77777777" w:rsidTr="008465BA">
        <w:tc>
          <w:tcPr>
            <w:tcW w:w="2689" w:type="dxa"/>
          </w:tcPr>
          <w:p w14:paraId="73BBB964" w14:textId="77777777" w:rsidR="00C7289B" w:rsidRDefault="00C7289B" w:rsidP="008465BA">
            <w:r>
              <w:rPr>
                <w:b/>
                <w:bCs/>
              </w:rPr>
              <w:t>Teaching Delivered</w:t>
            </w:r>
          </w:p>
        </w:tc>
        <w:sdt>
          <w:sdtPr>
            <w:id w:val="-1669706988"/>
            <w:placeholder>
              <w:docPart w:val="EAD4BAF9FB254120A3B5A1C69A0310E7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3C430EF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26B40BFB" w14:textId="77777777" w:rsidTr="008465BA">
        <w:tc>
          <w:tcPr>
            <w:tcW w:w="2689" w:type="dxa"/>
          </w:tcPr>
          <w:p w14:paraId="4DB86966" w14:textId="77777777" w:rsidR="00C7289B" w:rsidRPr="003D4225" w:rsidRDefault="00C7289B" w:rsidP="008465BA">
            <w:pPr>
              <w:rPr>
                <w:b/>
                <w:bCs/>
              </w:rPr>
            </w:pPr>
            <w:r>
              <w:rPr>
                <w:b/>
                <w:bCs/>
                <w:lang w:val="en-GB"/>
              </w:rPr>
              <w:t>Audience</w:t>
            </w:r>
            <w:r w:rsidRPr="003D4225">
              <w:rPr>
                <w:b/>
                <w:bCs/>
                <w:lang w:val="en-GB"/>
              </w:rPr>
              <w:t xml:space="preserve"> </w:t>
            </w:r>
          </w:p>
        </w:tc>
        <w:sdt>
          <w:sdtPr>
            <w:id w:val="-1973360730"/>
            <w:placeholder>
              <w:docPart w:val="3364C63037E845EA9157CDBB84E77F38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6B05B87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62E88E54" w14:textId="77777777" w:rsidTr="008465BA">
        <w:tc>
          <w:tcPr>
            <w:tcW w:w="2689" w:type="dxa"/>
          </w:tcPr>
          <w:p w14:paraId="643C7007" w14:textId="77777777" w:rsidR="00C7289B" w:rsidRPr="003D4225" w:rsidRDefault="00C7289B" w:rsidP="008465B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962009644"/>
            <w:placeholder>
              <w:docPart w:val="E827FE944DC84CC3960ECA6F81D57A73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DA2A032" w14:textId="77777777" w:rsidR="00C7289B" w:rsidRDefault="00C7289B" w:rsidP="00CA2CEB"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1C6721F0" w14:textId="77777777" w:rsidTr="008465BA">
        <w:tc>
          <w:tcPr>
            <w:tcW w:w="2689" w:type="dxa"/>
          </w:tcPr>
          <w:p w14:paraId="0EA92993" w14:textId="77777777" w:rsidR="00C7289B" w:rsidRPr="0096274F" w:rsidRDefault="00C7289B" w:rsidP="008465BA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Complete/Ongoing</w:t>
            </w:r>
          </w:p>
        </w:tc>
        <w:tc>
          <w:tcPr>
            <w:tcW w:w="6661" w:type="dxa"/>
          </w:tcPr>
          <w:p w14:paraId="0AACA5F3" w14:textId="77777777" w:rsidR="00C7289B" w:rsidRDefault="00C7289B" w:rsidP="008465BA">
            <w:r>
              <w:t xml:space="preserve">Complete </w:t>
            </w:r>
            <w:sdt>
              <w:sdtPr>
                <w:id w:val="1727636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  <w:t xml:space="preserve">Ongoing </w:t>
            </w:r>
            <w:sdt>
              <w:sdtPr>
                <w:id w:val="757788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7289B" w14:paraId="691A8147" w14:textId="77777777" w:rsidTr="008465BA">
        <w:tc>
          <w:tcPr>
            <w:tcW w:w="2689" w:type="dxa"/>
          </w:tcPr>
          <w:p w14:paraId="3B8DB2AE" w14:textId="77777777" w:rsidR="00C7289B" w:rsidRPr="0096274F" w:rsidRDefault="00C7289B" w:rsidP="008465BA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Supporting documentation</w:t>
            </w:r>
          </w:p>
        </w:tc>
        <w:tc>
          <w:tcPr>
            <w:tcW w:w="6661" w:type="dxa"/>
          </w:tcPr>
          <w:p w14:paraId="460C836B" w14:textId="77777777" w:rsidR="00C7289B" w:rsidRDefault="00C7289B" w:rsidP="008465BA">
            <w:r>
              <w:t xml:space="preserve">Yes </w:t>
            </w:r>
            <w:sdt>
              <w:sdtPr>
                <w:id w:val="68933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751323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7289B" w14:paraId="460B41BB" w14:textId="77777777" w:rsidTr="008465B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DE5FBA" w14:textId="5847E2E3" w:rsidR="00C7289B" w:rsidRDefault="00C7289B" w:rsidP="008465BA"/>
        </w:tc>
      </w:tr>
      <w:tr w:rsidR="00C7289B" w14:paraId="0846B5E4" w14:textId="77777777" w:rsidTr="008465BA">
        <w:tc>
          <w:tcPr>
            <w:tcW w:w="2689" w:type="dxa"/>
          </w:tcPr>
          <w:p w14:paraId="64A040E4" w14:textId="15867F38" w:rsidR="00C7289B" w:rsidRDefault="00C7289B" w:rsidP="008465BA">
            <w:r w:rsidRPr="00F4085D">
              <w:rPr>
                <w:b/>
                <w:bCs/>
              </w:rPr>
              <w:t>Role</w:t>
            </w:r>
          </w:p>
        </w:tc>
        <w:sdt>
          <w:sdtPr>
            <w:id w:val="187339971"/>
            <w:placeholder>
              <w:docPart w:val="C79101DBF733488894F5DA27445922C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2E64DE1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24610F95" w14:textId="77777777" w:rsidTr="008465BA">
        <w:tc>
          <w:tcPr>
            <w:tcW w:w="2689" w:type="dxa"/>
          </w:tcPr>
          <w:p w14:paraId="1BBC96C4" w14:textId="77777777" w:rsidR="00C7289B" w:rsidRDefault="00C7289B" w:rsidP="008465BA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264881224"/>
            <w:placeholder>
              <w:docPart w:val="44D1C070BD2F46AFA47825948D0586E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CF093C1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6772ECE1" w14:textId="77777777" w:rsidTr="008465BA">
        <w:tc>
          <w:tcPr>
            <w:tcW w:w="2689" w:type="dxa"/>
          </w:tcPr>
          <w:p w14:paraId="3A9F9102" w14:textId="77777777" w:rsidR="00C7289B" w:rsidRDefault="00C7289B" w:rsidP="008465BA">
            <w:r>
              <w:rPr>
                <w:b/>
                <w:bCs/>
              </w:rPr>
              <w:t>Teaching Delivered</w:t>
            </w:r>
          </w:p>
        </w:tc>
        <w:sdt>
          <w:sdtPr>
            <w:id w:val="-1340933699"/>
            <w:placeholder>
              <w:docPart w:val="7C88337E16D4450FA970FACAD2A9DCDE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68AD751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00D46F88" w14:textId="77777777" w:rsidTr="008465BA">
        <w:tc>
          <w:tcPr>
            <w:tcW w:w="2689" w:type="dxa"/>
          </w:tcPr>
          <w:p w14:paraId="3EF66541" w14:textId="77777777" w:rsidR="00C7289B" w:rsidRPr="003D4225" w:rsidRDefault="00C7289B" w:rsidP="008465BA">
            <w:pPr>
              <w:rPr>
                <w:b/>
                <w:bCs/>
              </w:rPr>
            </w:pPr>
            <w:r>
              <w:rPr>
                <w:b/>
                <w:bCs/>
                <w:lang w:val="en-GB"/>
              </w:rPr>
              <w:t>Audience</w:t>
            </w:r>
            <w:r w:rsidRPr="003D4225">
              <w:rPr>
                <w:b/>
                <w:bCs/>
                <w:lang w:val="en-GB"/>
              </w:rPr>
              <w:t xml:space="preserve"> </w:t>
            </w:r>
          </w:p>
        </w:tc>
        <w:sdt>
          <w:sdtPr>
            <w:id w:val="998304312"/>
            <w:placeholder>
              <w:docPart w:val="EA0800859F204290B95CB276982ADFF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D974F93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352D1912" w14:textId="77777777" w:rsidTr="008465BA">
        <w:tc>
          <w:tcPr>
            <w:tcW w:w="2689" w:type="dxa"/>
          </w:tcPr>
          <w:p w14:paraId="70C75F90" w14:textId="77777777" w:rsidR="00C7289B" w:rsidRPr="003D4225" w:rsidRDefault="00C7289B" w:rsidP="008465B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639195388"/>
            <w:placeholder>
              <w:docPart w:val="69B4A0CB0ECC41A68583892FE700F16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BAA0922" w14:textId="77777777" w:rsidR="00C7289B" w:rsidRDefault="00C7289B" w:rsidP="00CA2CEB"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4EBAA60B" w14:textId="77777777" w:rsidTr="008465BA">
        <w:tc>
          <w:tcPr>
            <w:tcW w:w="2689" w:type="dxa"/>
          </w:tcPr>
          <w:p w14:paraId="1E279877" w14:textId="77777777" w:rsidR="00C7289B" w:rsidRPr="0096274F" w:rsidRDefault="00C7289B" w:rsidP="008465BA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Complete/Ongoing</w:t>
            </w:r>
          </w:p>
        </w:tc>
        <w:tc>
          <w:tcPr>
            <w:tcW w:w="6661" w:type="dxa"/>
          </w:tcPr>
          <w:p w14:paraId="7010C74C" w14:textId="77777777" w:rsidR="00C7289B" w:rsidRDefault="00C7289B" w:rsidP="008465BA">
            <w:r>
              <w:t xml:space="preserve">Complete </w:t>
            </w:r>
            <w:sdt>
              <w:sdtPr>
                <w:id w:val="-1284653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  <w:t xml:space="preserve">Ongoing </w:t>
            </w:r>
            <w:sdt>
              <w:sdtPr>
                <w:id w:val="-1914540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7289B" w14:paraId="688151B8" w14:textId="77777777" w:rsidTr="008465BA">
        <w:tc>
          <w:tcPr>
            <w:tcW w:w="2689" w:type="dxa"/>
          </w:tcPr>
          <w:p w14:paraId="6980E283" w14:textId="77777777" w:rsidR="00C7289B" w:rsidRPr="0096274F" w:rsidRDefault="00C7289B" w:rsidP="008465BA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Supporting documentation</w:t>
            </w:r>
          </w:p>
        </w:tc>
        <w:tc>
          <w:tcPr>
            <w:tcW w:w="6661" w:type="dxa"/>
          </w:tcPr>
          <w:p w14:paraId="107EB8B9" w14:textId="77777777" w:rsidR="00C7289B" w:rsidRDefault="00C7289B" w:rsidP="008465BA">
            <w:r>
              <w:t xml:space="preserve">Yes </w:t>
            </w:r>
            <w:sdt>
              <w:sdtPr>
                <w:id w:val="1488133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367253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7289B" w14:paraId="7075A640" w14:textId="77777777" w:rsidTr="008465B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28E8BE" w14:textId="7545E59C" w:rsidR="00C7289B" w:rsidRDefault="00C7289B" w:rsidP="008465BA"/>
        </w:tc>
      </w:tr>
      <w:tr w:rsidR="00C7289B" w14:paraId="269B0FFD" w14:textId="77777777" w:rsidTr="008465BA">
        <w:tc>
          <w:tcPr>
            <w:tcW w:w="2689" w:type="dxa"/>
          </w:tcPr>
          <w:p w14:paraId="09CFAF37" w14:textId="03EBA9C1" w:rsidR="00C7289B" w:rsidRDefault="00C7289B" w:rsidP="008465BA">
            <w:r w:rsidRPr="00F4085D">
              <w:rPr>
                <w:b/>
                <w:bCs/>
              </w:rPr>
              <w:t>Role</w:t>
            </w:r>
          </w:p>
        </w:tc>
        <w:sdt>
          <w:sdtPr>
            <w:id w:val="1433239280"/>
            <w:placeholder>
              <w:docPart w:val="F4AFA00F3AA04F009B26C7E0859F8D8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F818367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39B0BE0D" w14:textId="77777777" w:rsidTr="008465BA">
        <w:tc>
          <w:tcPr>
            <w:tcW w:w="2689" w:type="dxa"/>
          </w:tcPr>
          <w:p w14:paraId="25C12345" w14:textId="77777777" w:rsidR="00C7289B" w:rsidRDefault="00C7289B" w:rsidP="008465BA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325945858"/>
            <w:placeholder>
              <w:docPart w:val="750F3E48105F4A219716E3D517652BD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D72D70B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125B1AF9" w14:textId="77777777" w:rsidTr="008465BA">
        <w:tc>
          <w:tcPr>
            <w:tcW w:w="2689" w:type="dxa"/>
          </w:tcPr>
          <w:p w14:paraId="4C77D8B5" w14:textId="77777777" w:rsidR="00C7289B" w:rsidRDefault="00C7289B" w:rsidP="008465BA">
            <w:r>
              <w:rPr>
                <w:b/>
                <w:bCs/>
              </w:rPr>
              <w:t>Teaching Delivered</w:t>
            </w:r>
          </w:p>
        </w:tc>
        <w:sdt>
          <w:sdtPr>
            <w:id w:val="-780805689"/>
            <w:placeholder>
              <w:docPart w:val="E4602201EDBE45C0A4D7801A3FAA23B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CC16562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058D12A6" w14:textId="77777777" w:rsidTr="008465BA">
        <w:tc>
          <w:tcPr>
            <w:tcW w:w="2689" w:type="dxa"/>
          </w:tcPr>
          <w:p w14:paraId="4C26890A" w14:textId="77777777" w:rsidR="00C7289B" w:rsidRPr="003D4225" w:rsidRDefault="00C7289B" w:rsidP="008465BA">
            <w:pPr>
              <w:rPr>
                <w:b/>
                <w:bCs/>
              </w:rPr>
            </w:pPr>
            <w:r>
              <w:rPr>
                <w:b/>
                <w:bCs/>
                <w:lang w:val="en-GB"/>
              </w:rPr>
              <w:t>Audience</w:t>
            </w:r>
            <w:r w:rsidRPr="003D4225">
              <w:rPr>
                <w:b/>
                <w:bCs/>
                <w:lang w:val="en-GB"/>
              </w:rPr>
              <w:t xml:space="preserve"> </w:t>
            </w:r>
          </w:p>
        </w:tc>
        <w:sdt>
          <w:sdtPr>
            <w:id w:val="-203338"/>
            <w:placeholder>
              <w:docPart w:val="B0C76EE11CE846A28D010E244963C118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D642284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10E14C69" w14:textId="77777777" w:rsidTr="008465BA">
        <w:tc>
          <w:tcPr>
            <w:tcW w:w="2689" w:type="dxa"/>
          </w:tcPr>
          <w:p w14:paraId="101124FA" w14:textId="77777777" w:rsidR="00C7289B" w:rsidRPr="003D4225" w:rsidRDefault="00C7289B" w:rsidP="008465B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745333392"/>
            <w:placeholder>
              <w:docPart w:val="3D0AE7056E4046BAB49458BA51F41EA4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CC446E9" w14:textId="77777777" w:rsidR="00C7289B" w:rsidRDefault="00C7289B" w:rsidP="00CA2CEB"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69A2E811" w14:textId="77777777" w:rsidTr="008465BA">
        <w:tc>
          <w:tcPr>
            <w:tcW w:w="2689" w:type="dxa"/>
          </w:tcPr>
          <w:p w14:paraId="2E3D240C" w14:textId="77777777" w:rsidR="00C7289B" w:rsidRPr="0096274F" w:rsidRDefault="00C7289B" w:rsidP="008465BA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lastRenderedPageBreak/>
              <w:t>Complete/Ongoing</w:t>
            </w:r>
          </w:p>
        </w:tc>
        <w:tc>
          <w:tcPr>
            <w:tcW w:w="6661" w:type="dxa"/>
          </w:tcPr>
          <w:p w14:paraId="7A9CBA45" w14:textId="77777777" w:rsidR="00C7289B" w:rsidRDefault="00C7289B" w:rsidP="008465BA">
            <w:r>
              <w:t xml:space="preserve">Complete </w:t>
            </w:r>
            <w:sdt>
              <w:sdtPr>
                <w:id w:val="-1941601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  <w:t xml:space="preserve">Ongoing </w:t>
            </w:r>
            <w:sdt>
              <w:sdtPr>
                <w:id w:val="826327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7289B" w14:paraId="65FA1898" w14:textId="77777777" w:rsidTr="008465BA">
        <w:tc>
          <w:tcPr>
            <w:tcW w:w="2689" w:type="dxa"/>
          </w:tcPr>
          <w:p w14:paraId="29ADCFE2" w14:textId="77777777" w:rsidR="00C7289B" w:rsidRPr="0096274F" w:rsidRDefault="00C7289B" w:rsidP="008465BA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Supporting documentation</w:t>
            </w:r>
          </w:p>
        </w:tc>
        <w:tc>
          <w:tcPr>
            <w:tcW w:w="6661" w:type="dxa"/>
          </w:tcPr>
          <w:p w14:paraId="0C0CE6AC" w14:textId="77777777" w:rsidR="00C7289B" w:rsidRDefault="00C7289B" w:rsidP="008465BA">
            <w:r>
              <w:t xml:space="preserve">Yes </w:t>
            </w:r>
            <w:sdt>
              <w:sdtPr>
                <w:id w:val="-1324582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244255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7289B" w14:paraId="5E9F3EBF" w14:textId="77777777" w:rsidTr="008465B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8E5D54" w14:textId="1050D9A7" w:rsidR="00C7289B" w:rsidRDefault="00C7289B" w:rsidP="008465BA"/>
        </w:tc>
      </w:tr>
    </w:tbl>
    <w:p w14:paraId="443D98AC" w14:textId="77777777" w:rsidR="00C7289B" w:rsidRDefault="00C7289B" w:rsidP="003A0599">
      <w:pPr>
        <w:pStyle w:val="Heading1"/>
      </w:pPr>
    </w:p>
    <w:p w14:paraId="28D7A0F0" w14:textId="77777777" w:rsidR="00C7289B" w:rsidRDefault="00C7289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9AC81AA" w14:textId="0A16D435" w:rsidR="004A7F5A" w:rsidRDefault="004A7F5A" w:rsidP="003A0599">
      <w:pPr>
        <w:pStyle w:val="Heading1"/>
      </w:pPr>
      <w:r w:rsidRPr="003D4225">
        <w:lastRenderedPageBreak/>
        <w:t xml:space="preserve">Leadership and management </w:t>
      </w:r>
    </w:p>
    <w:p w14:paraId="185E71EA" w14:textId="77777777" w:rsidR="00DA7BF5" w:rsidRDefault="0047459F" w:rsidP="00DA7BF5">
      <w:pPr>
        <w:pStyle w:val="ListParagraph"/>
        <w:numPr>
          <w:ilvl w:val="0"/>
          <w:numId w:val="15"/>
        </w:numPr>
        <w:rPr>
          <w:b/>
          <w:bCs/>
        </w:rPr>
      </w:pPr>
      <w:r w:rsidRPr="00DA7BF5">
        <w:rPr>
          <w:b/>
          <w:bCs/>
        </w:rPr>
        <w:t>Describe a time you demonstrated leadership in a clinical setting.</w:t>
      </w:r>
    </w:p>
    <w:sdt>
      <w:sdtPr>
        <w:rPr>
          <w:b/>
          <w:bCs/>
        </w:rPr>
        <w:id w:val="1014504855"/>
        <w:placeholder>
          <w:docPart w:val="0707DE9DF52047E3A79D930901434779"/>
        </w:placeholder>
        <w:showingPlcHdr/>
      </w:sdtPr>
      <w:sdtEndPr/>
      <w:sdtContent>
        <w:p w14:paraId="6FE95F9D" w14:textId="3CC3C96A" w:rsidR="00DA7BF5" w:rsidRPr="00DA7BF5" w:rsidRDefault="00DA7BF5" w:rsidP="00DA7BF5">
          <w:pPr>
            <w:rPr>
              <w:b/>
              <w:bCs/>
            </w:rPr>
          </w:pPr>
          <w:r w:rsidRPr="00994CF1">
            <w:rPr>
              <w:rStyle w:val="PlaceholderText"/>
            </w:rPr>
            <w:t>Click or tap here to enter text.</w:t>
          </w:r>
        </w:p>
      </w:sdtContent>
    </w:sdt>
    <w:p w14:paraId="0211766F" w14:textId="77777777" w:rsidR="00DA7BF5" w:rsidRDefault="0047459F" w:rsidP="00DA7BF5">
      <w:pPr>
        <w:pStyle w:val="ListParagraph"/>
        <w:numPr>
          <w:ilvl w:val="0"/>
          <w:numId w:val="15"/>
        </w:numPr>
        <w:rPr>
          <w:b/>
          <w:bCs/>
        </w:rPr>
      </w:pPr>
      <w:r w:rsidRPr="00DA7BF5">
        <w:rPr>
          <w:b/>
          <w:bCs/>
        </w:rPr>
        <w:t>Give an example of how you managed a challenging team situation.</w:t>
      </w:r>
    </w:p>
    <w:sdt>
      <w:sdtPr>
        <w:rPr>
          <w:b/>
          <w:bCs/>
        </w:rPr>
        <w:id w:val="-1247260742"/>
        <w:placeholder>
          <w:docPart w:val="CD7C0BB2576543D59842095D6797B68D"/>
        </w:placeholder>
        <w:showingPlcHdr/>
      </w:sdtPr>
      <w:sdtEndPr/>
      <w:sdtContent>
        <w:p w14:paraId="583FD6B4" w14:textId="6FC08BA0" w:rsidR="00DA7BF5" w:rsidRPr="00DA7BF5" w:rsidRDefault="00DA7BF5" w:rsidP="00DA7BF5">
          <w:pPr>
            <w:rPr>
              <w:b/>
              <w:bCs/>
            </w:rPr>
          </w:pPr>
          <w:r w:rsidRPr="00994CF1">
            <w:rPr>
              <w:rStyle w:val="PlaceholderText"/>
            </w:rPr>
            <w:t>Click or tap here to enter text.</w:t>
          </w:r>
        </w:p>
      </w:sdtContent>
    </w:sdt>
    <w:p w14:paraId="43552C44" w14:textId="77777777" w:rsidR="00DA7BF5" w:rsidRDefault="0047459F" w:rsidP="00DA7BF5">
      <w:pPr>
        <w:pStyle w:val="ListParagraph"/>
        <w:numPr>
          <w:ilvl w:val="0"/>
          <w:numId w:val="15"/>
        </w:numPr>
        <w:rPr>
          <w:b/>
          <w:bCs/>
        </w:rPr>
      </w:pPr>
      <w:r w:rsidRPr="00DA7BF5">
        <w:rPr>
          <w:b/>
          <w:bCs/>
        </w:rPr>
        <w:t>Describe a service improvement you initiated or contributed to.</w:t>
      </w:r>
    </w:p>
    <w:sdt>
      <w:sdtPr>
        <w:rPr>
          <w:b/>
          <w:bCs/>
        </w:rPr>
        <w:id w:val="-1892642930"/>
        <w:placeholder>
          <w:docPart w:val="4D70DCEC3E01418CA4F58CF46130FB0B"/>
        </w:placeholder>
        <w:showingPlcHdr/>
      </w:sdtPr>
      <w:sdtEndPr/>
      <w:sdtContent>
        <w:p w14:paraId="0E9AF71C" w14:textId="50DD07D1" w:rsidR="00DA7BF5" w:rsidRPr="00DA7BF5" w:rsidRDefault="00DA7BF5" w:rsidP="00DA7BF5">
          <w:pPr>
            <w:rPr>
              <w:b/>
              <w:bCs/>
            </w:rPr>
          </w:pPr>
          <w:r w:rsidRPr="00994CF1">
            <w:rPr>
              <w:rStyle w:val="PlaceholderText"/>
            </w:rPr>
            <w:t>Click or tap here to enter text.</w:t>
          </w:r>
        </w:p>
      </w:sdtContent>
    </w:sdt>
    <w:p w14:paraId="260FB1B3" w14:textId="735C9F38" w:rsidR="0047459F" w:rsidRDefault="0047459F" w:rsidP="00DA7BF5">
      <w:pPr>
        <w:pStyle w:val="ListParagraph"/>
        <w:numPr>
          <w:ilvl w:val="0"/>
          <w:numId w:val="15"/>
        </w:numPr>
        <w:rPr>
          <w:b/>
          <w:bCs/>
        </w:rPr>
      </w:pPr>
      <w:r w:rsidRPr="00DA7BF5">
        <w:rPr>
          <w:b/>
          <w:bCs/>
        </w:rPr>
        <w:t>How do you prioritise workload in a busy clinical environment?</w:t>
      </w:r>
    </w:p>
    <w:sdt>
      <w:sdtPr>
        <w:rPr>
          <w:b/>
          <w:bCs/>
        </w:rPr>
        <w:id w:val="1743604602"/>
        <w:placeholder>
          <w:docPart w:val="07E9FA2310C34226B3831C790DDF3720"/>
        </w:placeholder>
        <w:showingPlcHdr/>
      </w:sdtPr>
      <w:sdtEndPr/>
      <w:sdtContent>
        <w:p w14:paraId="583706A3" w14:textId="68AC6690" w:rsidR="00DA7BF5" w:rsidRPr="00DA7BF5" w:rsidRDefault="00DA7BF5" w:rsidP="00DA7BF5">
          <w:pPr>
            <w:rPr>
              <w:b/>
              <w:bCs/>
            </w:rPr>
          </w:pPr>
          <w:r w:rsidRPr="00994CF1">
            <w:rPr>
              <w:rStyle w:val="PlaceholderText"/>
            </w:rPr>
            <w:t>Click or tap here to enter text.</w:t>
          </w:r>
        </w:p>
      </w:sdtContent>
    </w:sdt>
    <w:p w14:paraId="5CA41211" w14:textId="77777777" w:rsidR="00C7289B" w:rsidRDefault="00C7289B" w:rsidP="00C7289B"/>
    <w:p w14:paraId="2DF7EC50" w14:textId="7345ED0D" w:rsidR="00DA7BF5" w:rsidRDefault="0047459F" w:rsidP="00DA7BF5">
      <w:pPr>
        <w:pStyle w:val="Heading1"/>
      </w:pPr>
      <w:r w:rsidRPr="0047459F">
        <w:t xml:space="preserve">Communication &amp; Professionalism </w:t>
      </w:r>
    </w:p>
    <w:p w14:paraId="05519E1A" w14:textId="77777777" w:rsidR="00DA7BF5" w:rsidRDefault="0047459F" w:rsidP="00DA7BF5">
      <w:pPr>
        <w:pStyle w:val="ListParagraph"/>
        <w:numPr>
          <w:ilvl w:val="0"/>
          <w:numId w:val="16"/>
        </w:numPr>
        <w:rPr>
          <w:b/>
          <w:bCs/>
        </w:rPr>
      </w:pPr>
      <w:r w:rsidRPr="00DA7BF5">
        <w:rPr>
          <w:b/>
          <w:bCs/>
        </w:rPr>
        <w:t>Describe a situation where you had to communicate a difficult message.</w:t>
      </w:r>
    </w:p>
    <w:sdt>
      <w:sdtPr>
        <w:rPr>
          <w:b/>
          <w:bCs/>
        </w:rPr>
        <w:id w:val="840515778"/>
        <w:placeholder>
          <w:docPart w:val="3C8B521DE444442B902E8C66020A0657"/>
        </w:placeholder>
        <w:showingPlcHdr/>
      </w:sdtPr>
      <w:sdtEndPr/>
      <w:sdtContent>
        <w:p w14:paraId="4D81F93F" w14:textId="57EC83C0" w:rsidR="00DA7BF5" w:rsidRPr="00DA7BF5" w:rsidRDefault="00DA7BF5" w:rsidP="00DA7BF5">
          <w:pPr>
            <w:rPr>
              <w:b/>
              <w:bCs/>
            </w:rPr>
          </w:pPr>
          <w:r w:rsidRPr="00994CF1">
            <w:rPr>
              <w:rStyle w:val="PlaceholderText"/>
            </w:rPr>
            <w:t>Click or tap here to enter text.</w:t>
          </w:r>
        </w:p>
      </w:sdtContent>
    </w:sdt>
    <w:p w14:paraId="0EE067E7" w14:textId="77777777" w:rsidR="00DA7BF5" w:rsidRDefault="00DA7BF5" w:rsidP="00DA7BF5">
      <w:pPr>
        <w:pStyle w:val="ListParagraph"/>
        <w:numPr>
          <w:ilvl w:val="0"/>
          <w:numId w:val="16"/>
        </w:numPr>
        <w:rPr>
          <w:b/>
          <w:bCs/>
        </w:rPr>
      </w:pPr>
      <w:r w:rsidRPr="00DA7BF5">
        <w:rPr>
          <w:b/>
          <w:bCs/>
        </w:rPr>
        <w:t>H</w:t>
      </w:r>
      <w:r w:rsidR="0047459F" w:rsidRPr="00DA7BF5">
        <w:rPr>
          <w:b/>
          <w:bCs/>
        </w:rPr>
        <w:t>ow do you handle conflict with colleagues?</w:t>
      </w:r>
    </w:p>
    <w:sdt>
      <w:sdtPr>
        <w:rPr>
          <w:b/>
          <w:bCs/>
        </w:rPr>
        <w:id w:val="1163429855"/>
        <w:placeholder>
          <w:docPart w:val="207BA284314D4F19981F88A4FC624D24"/>
        </w:placeholder>
        <w:showingPlcHdr/>
      </w:sdtPr>
      <w:sdtEndPr/>
      <w:sdtContent>
        <w:p w14:paraId="3AED0BBA" w14:textId="63A09FDA" w:rsidR="00DA7BF5" w:rsidRPr="00DA7BF5" w:rsidRDefault="00DA7BF5" w:rsidP="00DA7BF5">
          <w:pPr>
            <w:rPr>
              <w:b/>
              <w:bCs/>
            </w:rPr>
          </w:pPr>
          <w:r w:rsidRPr="00994CF1">
            <w:rPr>
              <w:rStyle w:val="PlaceholderText"/>
            </w:rPr>
            <w:t>Click or tap here to enter text.</w:t>
          </w:r>
        </w:p>
      </w:sdtContent>
    </w:sdt>
    <w:p w14:paraId="2F164071" w14:textId="389D8ABE" w:rsidR="0047459F" w:rsidRDefault="0047459F" w:rsidP="00DA7BF5">
      <w:pPr>
        <w:pStyle w:val="ListParagraph"/>
        <w:numPr>
          <w:ilvl w:val="0"/>
          <w:numId w:val="16"/>
        </w:numPr>
        <w:rPr>
          <w:b/>
          <w:bCs/>
        </w:rPr>
      </w:pPr>
      <w:r w:rsidRPr="00DA7BF5">
        <w:rPr>
          <w:b/>
          <w:bCs/>
        </w:rPr>
        <w:t>Give an example of maintaining professionalism under pressure.</w:t>
      </w:r>
    </w:p>
    <w:sdt>
      <w:sdtPr>
        <w:rPr>
          <w:b/>
          <w:bCs/>
        </w:rPr>
        <w:id w:val="1923448634"/>
        <w:placeholder>
          <w:docPart w:val="3C7120450E75473AA1F5126C6C906BBB"/>
        </w:placeholder>
        <w:showingPlcHdr/>
      </w:sdtPr>
      <w:sdtEndPr/>
      <w:sdtContent>
        <w:p w14:paraId="553F5D93" w14:textId="1F742D49" w:rsidR="00DA7BF5" w:rsidRPr="00DA7BF5" w:rsidRDefault="00DA7BF5" w:rsidP="00DA7BF5">
          <w:pPr>
            <w:rPr>
              <w:b/>
              <w:bCs/>
            </w:rPr>
          </w:pPr>
          <w:r w:rsidRPr="00994CF1">
            <w:rPr>
              <w:rStyle w:val="PlaceholderText"/>
            </w:rPr>
            <w:t>Click or tap here to enter text.</w:t>
          </w:r>
        </w:p>
      </w:sdtContent>
    </w:sdt>
    <w:p w14:paraId="6C292896" w14:textId="77777777" w:rsidR="00C7289B" w:rsidRDefault="00C7289B" w:rsidP="00C7289B"/>
    <w:p w14:paraId="03B2F1E4" w14:textId="6121E3B3" w:rsidR="0047459F" w:rsidRPr="0047459F" w:rsidRDefault="0047459F" w:rsidP="00DA7BF5">
      <w:pPr>
        <w:pStyle w:val="Heading1"/>
      </w:pPr>
      <w:r w:rsidRPr="0047459F">
        <w:t>Clinical Governance &amp; Patient Safety</w:t>
      </w:r>
    </w:p>
    <w:p w14:paraId="7A49F0D5" w14:textId="77777777" w:rsidR="00DA7BF5" w:rsidRDefault="0047459F" w:rsidP="00DA7BF5">
      <w:pPr>
        <w:pStyle w:val="ListParagraph"/>
        <w:numPr>
          <w:ilvl w:val="0"/>
          <w:numId w:val="17"/>
        </w:numPr>
        <w:rPr>
          <w:b/>
          <w:bCs/>
        </w:rPr>
      </w:pPr>
      <w:r w:rsidRPr="00DA7BF5">
        <w:rPr>
          <w:b/>
          <w:bCs/>
        </w:rPr>
        <w:t>Describe your involvement in patient safety initiatives.</w:t>
      </w:r>
    </w:p>
    <w:sdt>
      <w:sdtPr>
        <w:rPr>
          <w:b/>
          <w:bCs/>
        </w:rPr>
        <w:id w:val="-923806651"/>
        <w:placeholder>
          <w:docPart w:val="109885A9EE414C869A4027A4693B8146"/>
        </w:placeholder>
        <w:showingPlcHdr/>
      </w:sdtPr>
      <w:sdtEndPr/>
      <w:sdtContent>
        <w:p w14:paraId="44481CEF" w14:textId="68CF47CA" w:rsidR="00DA7BF5" w:rsidRPr="00DA7BF5" w:rsidRDefault="00DA7BF5" w:rsidP="00DA7BF5">
          <w:pPr>
            <w:rPr>
              <w:b/>
              <w:bCs/>
            </w:rPr>
          </w:pPr>
          <w:r w:rsidRPr="00994CF1">
            <w:rPr>
              <w:rStyle w:val="PlaceholderText"/>
            </w:rPr>
            <w:t>Click or tap here to enter text.</w:t>
          </w:r>
        </w:p>
      </w:sdtContent>
    </w:sdt>
    <w:p w14:paraId="7B1B6298" w14:textId="77777777" w:rsidR="00DA7BF5" w:rsidRDefault="0047459F" w:rsidP="00DA7BF5">
      <w:pPr>
        <w:pStyle w:val="ListParagraph"/>
        <w:numPr>
          <w:ilvl w:val="0"/>
          <w:numId w:val="17"/>
        </w:numPr>
        <w:rPr>
          <w:b/>
          <w:bCs/>
        </w:rPr>
      </w:pPr>
      <w:r w:rsidRPr="00DA7BF5">
        <w:rPr>
          <w:b/>
          <w:bCs/>
        </w:rPr>
        <w:t>Provide an example of how you identified and addressed a risk.</w:t>
      </w:r>
    </w:p>
    <w:sdt>
      <w:sdtPr>
        <w:rPr>
          <w:b/>
          <w:bCs/>
        </w:rPr>
        <w:id w:val="1467151537"/>
        <w:placeholder>
          <w:docPart w:val="10201C6DA6674D2D8B22DA2723C00F8C"/>
        </w:placeholder>
        <w:showingPlcHdr/>
      </w:sdtPr>
      <w:sdtEndPr/>
      <w:sdtContent>
        <w:p w14:paraId="6A05640B" w14:textId="47DCFAD6" w:rsidR="00DA7BF5" w:rsidRPr="00DA7BF5" w:rsidRDefault="00DA7BF5" w:rsidP="00DA7BF5">
          <w:pPr>
            <w:rPr>
              <w:b/>
              <w:bCs/>
            </w:rPr>
          </w:pPr>
          <w:r w:rsidRPr="00994CF1">
            <w:rPr>
              <w:rStyle w:val="PlaceholderText"/>
            </w:rPr>
            <w:t>Click or tap here to enter text.</w:t>
          </w:r>
        </w:p>
      </w:sdtContent>
    </w:sdt>
    <w:p w14:paraId="584C7E10" w14:textId="27CDB63B" w:rsidR="00DA7BF5" w:rsidRDefault="0047459F" w:rsidP="00DA7BF5">
      <w:pPr>
        <w:pStyle w:val="ListParagraph"/>
        <w:numPr>
          <w:ilvl w:val="0"/>
          <w:numId w:val="17"/>
        </w:numPr>
        <w:rPr>
          <w:b/>
          <w:bCs/>
        </w:rPr>
      </w:pPr>
      <w:r w:rsidRPr="00DA7BF5">
        <w:rPr>
          <w:b/>
          <w:bCs/>
        </w:rPr>
        <w:t>How do you ensure high standards of clinical care?</w:t>
      </w:r>
    </w:p>
    <w:sdt>
      <w:sdtPr>
        <w:rPr>
          <w:b/>
          <w:bCs/>
        </w:rPr>
        <w:id w:val="-1451852213"/>
        <w:placeholder>
          <w:docPart w:val="3E50A923093F4B3A87CBA58596740C0F"/>
        </w:placeholder>
        <w:showingPlcHdr/>
      </w:sdtPr>
      <w:sdtEndPr/>
      <w:sdtContent>
        <w:p w14:paraId="115A820C" w14:textId="369C17A8" w:rsidR="00DA7BF5" w:rsidRPr="00DA7BF5" w:rsidRDefault="00DA7BF5" w:rsidP="00DA7BF5">
          <w:pPr>
            <w:rPr>
              <w:b/>
              <w:bCs/>
            </w:rPr>
          </w:pPr>
          <w:r w:rsidRPr="00994CF1">
            <w:rPr>
              <w:rStyle w:val="PlaceholderText"/>
            </w:rPr>
            <w:t>Click or tap here to enter text.</w:t>
          </w:r>
        </w:p>
      </w:sdtContent>
    </w:sdt>
    <w:p w14:paraId="25784CBE" w14:textId="77777777" w:rsidR="0047459F" w:rsidRPr="0047459F" w:rsidRDefault="0047459F" w:rsidP="0047459F"/>
    <w:sectPr w:rsidR="0047459F" w:rsidRPr="0047459F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00F8B" w14:textId="77777777" w:rsidR="00A521CE" w:rsidRDefault="00A521CE" w:rsidP="001B2E81">
      <w:pPr>
        <w:spacing w:after="0" w:line="240" w:lineRule="auto"/>
      </w:pPr>
      <w:r>
        <w:separator/>
      </w:r>
    </w:p>
  </w:endnote>
  <w:endnote w:type="continuationSeparator" w:id="0">
    <w:p w14:paraId="53A92E4B" w14:textId="77777777" w:rsidR="00A521CE" w:rsidRDefault="00A521CE" w:rsidP="001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4CBEC" w14:textId="5E77B792" w:rsidR="007C3707" w:rsidRDefault="007C3707" w:rsidP="007C3707">
        <w:pPr>
          <w:pStyle w:val="Footer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8229F" w14:textId="77777777" w:rsidR="00A521CE" w:rsidRDefault="00A521CE" w:rsidP="001B2E81">
      <w:pPr>
        <w:spacing w:after="0" w:line="240" w:lineRule="auto"/>
      </w:pPr>
      <w:r>
        <w:separator/>
      </w:r>
    </w:p>
  </w:footnote>
  <w:footnote w:type="continuationSeparator" w:id="0">
    <w:p w14:paraId="109E8659" w14:textId="77777777" w:rsidR="00A521CE" w:rsidRDefault="00A521CE" w:rsidP="001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443A6" w14:textId="088DB84E" w:rsidR="00880DF5" w:rsidRDefault="007C3707">
    <w:pPr>
      <w:pStyle w:val="Header"/>
    </w:pPr>
    <w:r>
      <w:ptab w:relativeTo="margin" w:alignment="right" w:leader="none"/>
    </w:r>
    <w:r>
      <w:t xml:space="preserve">RCPI HST Application CV: </w:t>
    </w:r>
    <w:r w:rsidR="00832FE5">
      <w:t>Respiratory Medicine</w:t>
    </w:r>
  </w:p>
  <w:p w14:paraId="497A380F" w14:textId="734246AE" w:rsidR="001B2E81" w:rsidRDefault="001B2E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7E0E60C6" w:rsidR="001B2E81" w:rsidRDefault="001C17E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A38EE8" wp14:editId="765CEE2F">
          <wp:simplePos x="0" y="0"/>
          <wp:positionH relativeFrom="column">
            <wp:posOffset>-659757</wp:posOffset>
          </wp:positionH>
          <wp:positionV relativeFrom="paragraph">
            <wp:posOffset>-183290</wp:posOffset>
          </wp:positionV>
          <wp:extent cx="2948800" cy="1041721"/>
          <wp:effectExtent l="0" t="0" r="4445" b="6350"/>
          <wp:wrapTopAndBottom/>
          <wp:docPr id="4041119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111922" name="Picture 4041119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8800" cy="1041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B37E60"/>
    <w:multiLevelType w:val="hybridMultilevel"/>
    <w:tmpl w:val="3418F8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284D3B"/>
    <w:multiLevelType w:val="hybridMultilevel"/>
    <w:tmpl w:val="3418F8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6866D2"/>
    <w:multiLevelType w:val="hybridMultilevel"/>
    <w:tmpl w:val="DA7C5A9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2142C"/>
    <w:multiLevelType w:val="hybridMultilevel"/>
    <w:tmpl w:val="5D2E21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3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1"/>
  </w:num>
  <w:num w:numId="12" w16cid:durableId="954025059">
    <w:abstractNumId w:val="14"/>
  </w:num>
  <w:num w:numId="13" w16cid:durableId="1694188166">
    <w:abstractNumId w:val="15"/>
  </w:num>
  <w:num w:numId="14" w16cid:durableId="889731661">
    <w:abstractNumId w:val="16"/>
  </w:num>
  <w:num w:numId="15" w16cid:durableId="1185093319">
    <w:abstractNumId w:val="12"/>
  </w:num>
  <w:num w:numId="16" w16cid:durableId="1817527926">
    <w:abstractNumId w:val="9"/>
  </w:num>
  <w:num w:numId="17" w16cid:durableId="460769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C36"/>
    <w:rsid w:val="00041DFE"/>
    <w:rsid w:val="0006063C"/>
    <w:rsid w:val="00060F37"/>
    <w:rsid w:val="00081140"/>
    <w:rsid w:val="000834D5"/>
    <w:rsid w:val="000869BB"/>
    <w:rsid w:val="000A5C46"/>
    <w:rsid w:val="000C2C73"/>
    <w:rsid w:val="0015074B"/>
    <w:rsid w:val="00183922"/>
    <w:rsid w:val="001B2E81"/>
    <w:rsid w:val="001C17E4"/>
    <w:rsid w:val="00214ECC"/>
    <w:rsid w:val="002319B9"/>
    <w:rsid w:val="002931FF"/>
    <w:rsid w:val="0029639D"/>
    <w:rsid w:val="002B248D"/>
    <w:rsid w:val="002D7D98"/>
    <w:rsid w:val="002E140B"/>
    <w:rsid w:val="00326F90"/>
    <w:rsid w:val="003729FB"/>
    <w:rsid w:val="003A0599"/>
    <w:rsid w:val="003D4225"/>
    <w:rsid w:val="003E190D"/>
    <w:rsid w:val="0047459F"/>
    <w:rsid w:val="004A41F5"/>
    <w:rsid w:val="004A7F5A"/>
    <w:rsid w:val="004C5511"/>
    <w:rsid w:val="004D6768"/>
    <w:rsid w:val="00532322"/>
    <w:rsid w:val="00547911"/>
    <w:rsid w:val="00574D74"/>
    <w:rsid w:val="00597958"/>
    <w:rsid w:val="005A051B"/>
    <w:rsid w:val="006D0099"/>
    <w:rsid w:val="0075109E"/>
    <w:rsid w:val="007C0991"/>
    <w:rsid w:val="007C3707"/>
    <w:rsid w:val="00821B93"/>
    <w:rsid w:val="00832FE5"/>
    <w:rsid w:val="008525FA"/>
    <w:rsid w:val="00880DF5"/>
    <w:rsid w:val="008A44A3"/>
    <w:rsid w:val="0096274F"/>
    <w:rsid w:val="009A7B67"/>
    <w:rsid w:val="009E4AEB"/>
    <w:rsid w:val="009F0F2E"/>
    <w:rsid w:val="00A0792E"/>
    <w:rsid w:val="00A36383"/>
    <w:rsid w:val="00A521CE"/>
    <w:rsid w:val="00AA1D8D"/>
    <w:rsid w:val="00B16633"/>
    <w:rsid w:val="00B24AF3"/>
    <w:rsid w:val="00B47730"/>
    <w:rsid w:val="00B8038E"/>
    <w:rsid w:val="00BD4838"/>
    <w:rsid w:val="00C2402C"/>
    <w:rsid w:val="00C71FAB"/>
    <w:rsid w:val="00C7253B"/>
    <w:rsid w:val="00C7289B"/>
    <w:rsid w:val="00C95D05"/>
    <w:rsid w:val="00CB0664"/>
    <w:rsid w:val="00CD745A"/>
    <w:rsid w:val="00DA296B"/>
    <w:rsid w:val="00DA7BF5"/>
    <w:rsid w:val="00E31F06"/>
    <w:rsid w:val="00E9708F"/>
    <w:rsid w:val="00F0690A"/>
    <w:rsid w:val="00F211F0"/>
    <w:rsid w:val="00F277ED"/>
    <w:rsid w:val="00F4085D"/>
    <w:rsid w:val="00F54DC5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A05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80D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C6FF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A0599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80DF5"/>
    <w:rPr>
      <w:rFonts w:asciiTheme="majorHAnsi" w:eastAsiaTheme="majorEastAsia" w:hAnsiTheme="majorHAnsi" w:cstheme="majorBidi"/>
      <w:b/>
      <w:bCs/>
      <w:color w:val="00C6FF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0F2FF1" w:rsidP="000F2FF1">
          <w:pPr>
            <w:pStyle w:val="F4D6CB2241074A76A75ACE4A72F3BAC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0F2FF1" w:rsidP="000F2FF1">
          <w:pPr>
            <w:pStyle w:val="5C6BE9DD57B042A78E73AE6C65AB81E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0F2FF1" w:rsidP="000F2FF1">
          <w:pPr>
            <w:pStyle w:val="B94FF17A7DD844238942618D220CAEE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0F2FF1" w:rsidP="000F2FF1">
          <w:pPr>
            <w:pStyle w:val="E3F5175B57004446843F4F317C13BE7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0F2FF1" w:rsidP="000F2FF1">
          <w:pPr>
            <w:pStyle w:val="74CADD3637F3476CAEF2795719E307A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0F2FF1" w:rsidP="000F2FF1">
          <w:pPr>
            <w:pStyle w:val="6E2E25C8BD59485F83A4E1A3EB66C1C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0F2FF1" w:rsidP="000F2FF1">
          <w:pPr>
            <w:pStyle w:val="872FF4CA11794B8A841DB2220DF10EA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0F2FF1" w:rsidP="000F2FF1">
          <w:pPr>
            <w:pStyle w:val="4E97BD512F134974B65EC5CE1A1FFA5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0F2FF1" w:rsidP="000F2FF1">
          <w:pPr>
            <w:pStyle w:val="43C24FC1DD4E4C25906C3761C0E444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0F2FF1" w:rsidP="000F2FF1">
          <w:pPr>
            <w:pStyle w:val="6E5B51F8A20C49259CB13015EB12138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0F2FF1" w:rsidP="000F2FF1">
          <w:pPr>
            <w:pStyle w:val="ACA81B7FEB124004A04A95F11ADBD7A7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0F2FF1" w:rsidP="000F2FF1">
          <w:pPr>
            <w:pStyle w:val="1734C0B0E50C4165979C1D1CD6EF511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B3D43A833542A1A3F03B74622B05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15460-B132-4FAF-934E-BC3B90014852}"/>
      </w:docPartPr>
      <w:docPartBody>
        <w:p w:rsidR="0006233D" w:rsidRDefault="000F2FF1" w:rsidP="000F2FF1">
          <w:pPr>
            <w:pStyle w:val="FBB3D43A833542A1A3F03B74622B056A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CB3A1CC0C4137BEF5AA3AD01A1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F77D9-F853-4B81-99A4-78E9F422E65C}"/>
      </w:docPartPr>
      <w:docPartBody>
        <w:p w:rsidR="000F2FF1" w:rsidRDefault="000F2FF1" w:rsidP="000F2FF1">
          <w:pPr>
            <w:pStyle w:val="BE6CB3A1CC0C4137BEF5AA3AD01A1007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F6C29A8E2341C69804EBC5D5D2B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F54C3-CD4F-4E61-9996-E45A726A1B82}"/>
      </w:docPartPr>
      <w:docPartBody>
        <w:p w:rsidR="000F2FF1" w:rsidRDefault="000F2FF1" w:rsidP="000F2FF1">
          <w:pPr>
            <w:pStyle w:val="AEF6C29A8E2341C69804EBC5D5D2B68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E894039EC34BBD97FE177B59C4C5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6CE3E-351D-4FFF-84F7-75432CA542C6}"/>
      </w:docPartPr>
      <w:docPartBody>
        <w:p w:rsidR="000F2FF1" w:rsidRDefault="000F2FF1" w:rsidP="000F2FF1">
          <w:pPr>
            <w:pStyle w:val="5CE894039EC34BBD97FE177B59C4C5D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6E4E994A1743918FB91FC1BDC058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EE88A0-055F-4049-A0C7-8DF71A771F19}"/>
      </w:docPartPr>
      <w:docPartBody>
        <w:p w:rsidR="000F2FF1" w:rsidRDefault="000F2FF1" w:rsidP="000F2FF1">
          <w:pPr>
            <w:pStyle w:val="636E4E994A1743918FB91FC1BDC058B5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CCEE6A63FD44E29884D4439D2609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445D4-9E7B-4EE6-BFB5-1EF3FD82EB97}"/>
      </w:docPartPr>
      <w:docPartBody>
        <w:p w:rsidR="000F2FF1" w:rsidRDefault="000F2FF1" w:rsidP="000F2FF1">
          <w:pPr>
            <w:pStyle w:val="40CCEE6A63FD44E29884D4439D2609C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23EEF1403B4AB5A4F6537FB2880C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ADA3C-2873-41D5-AABA-1D76CC05A949}"/>
      </w:docPartPr>
      <w:docPartBody>
        <w:p w:rsidR="000F2FF1" w:rsidRDefault="000F2FF1" w:rsidP="000F2FF1">
          <w:pPr>
            <w:pStyle w:val="5923EEF1403B4AB5A4F6537FB2880C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0EF609804746BFA6B45158254E1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29C8FB-C1AF-45C4-85E2-D29F726F8B1E}"/>
      </w:docPartPr>
      <w:docPartBody>
        <w:p w:rsidR="000F2FF1" w:rsidRDefault="000F2FF1" w:rsidP="000F2FF1">
          <w:pPr>
            <w:pStyle w:val="990EF609804746BFA6B45158254E1CC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68539976DB426FBFE348180E213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13DB58-63E4-4438-A248-2EC907705D73}"/>
      </w:docPartPr>
      <w:docPartBody>
        <w:p w:rsidR="000F2FF1" w:rsidRDefault="000F2FF1" w:rsidP="000F2FF1">
          <w:pPr>
            <w:pStyle w:val="AC68539976DB426FBFE348180E213D1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0D1BD045D344618D2A0026986AC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59BEB-7560-4CE8-B157-A31523F210FE}"/>
      </w:docPartPr>
      <w:docPartBody>
        <w:p w:rsidR="000F2FF1" w:rsidRDefault="000F2FF1" w:rsidP="000F2FF1">
          <w:pPr>
            <w:pStyle w:val="990D1BD045D344618D2A0026986ACB4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D58CF4FF4F40D08CFF6C7D98285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67C0DB-AE93-4D1D-8919-50F71CB88D1A}"/>
      </w:docPartPr>
      <w:docPartBody>
        <w:p w:rsidR="000F2FF1" w:rsidRDefault="000F2FF1" w:rsidP="000F2FF1">
          <w:pPr>
            <w:pStyle w:val="64D58CF4FF4F40D08CFF6C7D98285C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6A8B817F414B3FBB913BF878A1D9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38547-4045-42E7-85BF-E4E3675B8302}"/>
      </w:docPartPr>
      <w:docPartBody>
        <w:p w:rsidR="000F2FF1" w:rsidRDefault="000F2FF1" w:rsidP="000F2FF1">
          <w:pPr>
            <w:pStyle w:val="836A8B817F414B3FBB913BF878A1D97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0954396B694DCA81F0643D68B6E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707D6-88DB-44A4-BB84-FF0041D3714E}"/>
      </w:docPartPr>
      <w:docPartBody>
        <w:p w:rsidR="000F2FF1" w:rsidRDefault="000F2FF1" w:rsidP="000F2FF1">
          <w:pPr>
            <w:pStyle w:val="E10954396B694DCA81F0643D68B6E5B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B1CEA7FA2B47E1A38B5827965DAB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C2C8A-5D8F-4D17-AD3F-DF4E25664BEF}"/>
      </w:docPartPr>
      <w:docPartBody>
        <w:p w:rsidR="000F2FF1" w:rsidRDefault="000F2FF1" w:rsidP="000F2FF1">
          <w:pPr>
            <w:pStyle w:val="EEB1CEA7FA2B47E1A38B5827965DABD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F948ADF85243E4A9375A96BAA7B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8DC90-388C-4265-90EB-F6CBA0151154}"/>
      </w:docPartPr>
      <w:docPartBody>
        <w:p w:rsidR="000F2FF1" w:rsidRDefault="000F2FF1" w:rsidP="000F2FF1">
          <w:pPr>
            <w:pStyle w:val="89F948ADF85243E4A9375A96BAA7B8B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841703EAB24BBAB6F4E3734DE5A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D99A71-8876-454F-AFB9-ACD6818F8DF0}"/>
      </w:docPartPr>
      <w:docPartBody>
        <w:p w:rsidR="000F2FF1" w:rsidRDefault="000F2FF1" w:rsidP="000F2FF1">
          <w:pPr>
            <w:pStyle w:val="9D841703EAB24BBAB6F4E3734DE5A90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B32E1ADBAF403D9E6C38567FB5E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D8BE9-3B8E-45C3-B5D0-2178D33821FA}"/>
      </w:docPartPr>
      <w:docPartBody>
        <w:p w:rsidR="000F2FF1" w:rsidRDefault="000F2FF1" w:rsidP="000F2FF1">
          <w:pPr>
            <w:pStyle w:val="12B32E1ADBAF403D9E6C38567FB5E27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860214DA049CB9E22862C1E520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19841-5FC1-4C5D-BD2E-C5FE70416B16}"/>
      </w:docPartPr>
      <w:docPartBody>
        <w:p w:rsidR="000F2FF1" w:rsidRDefault="0006233D" w:rsidP="0006233D">
          <w:pPr>
            <w:pStyle w:val="43C860214DA049CB9E22862C1E520133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D2DDAF846B041B8902BB154EE24FC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978F6A-C381-4316-8C77-4E0505549590}"/>
      </w:docPartPr>
      <w:docPartBody>
        <w:p w:rsidR="000F2FF1" w:rsidRDefault="000F2FF1" w:rsidP="000F2FF1">
          <w:pPr>
            <w:pStyle w:val="BD2DDAF846B041B8902BB154EE24FC0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483952943F4B4B802F128292745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9C62B5-45C4-4FB2-86D9-F118691FCFE7}"/>
      </w:docPartPr>
      <w:docPartBody>
        <w:p w:rsidR="000F2FF1" w:rsidRDefault="000F2FF1" w:rsidP="000F2FF1">
          <w:pPr>
            <w:pStyle w:val="58483952943F4B4B802F128292745EA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7B470012D64B2CA74AF8580DE55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DA074-525F-4941-A560-D08D7F0F6E8A}"/>
      </w:docPartPr>
      <w:docPartBody>
        <w:p w:rsidR="000F2FF1" w:rsidRDefault="000F2FF1" w:rsidP="000F2FF1">
          <w:pPr>
            <w:pStyle w:val="DF7B470012D64B2CA74AF8580DE55A0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00A98C22B54DD996448D43BD9FF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C0EE2-BBD3-4035-BB26-C3FC903B3DCD}"/>
      </w:docPartPr>
      <w:docPartBody>
        <w:p w:rsidR="000F2FF1" w:rsidRDefault="000F2FF1" w:rsidP="000F2FF1">
          <w:pPr>
            <w:pStyle w:val="6E00A98C22B54DD996448D43BD9FF17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9C600C0D0B4CE1BF4F212FEEF15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D0459-445A-4257-8C27-DE3250383D2A}"/>
      </w:docPartPr>
      <w:docPartBody>
        <w:p w:rsidR="000F2FF1" w:rsidRDefault="0006233D" w:rsidP="0006233D">
          <w:pPr>
            <w:pStyle w:val="929C600C0D0B4CE1BF4F212FEEF15EDE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7DBEA59A68644D72BE4E561ADB6D9D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08E7E-2ED4-4FDD-B9E9-E42A489D1587}"/>
      </w:docPartPr>
      <w:docPartBody>
        <w:p w:rsidR="000F2FF1" w:rsidRDefault="000F2FF1" w:rsidP="000F2FF1">
          <w:pPr>
            <w:pStyle w:val="7DBEA59A68644D72BE4E561ADB6D9DC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ECA03B79274218B19DC1F1F329A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964C3E-6ADC-4898-9FEA-054B4995F672}"/>
      </w:docPartPr>
      <w:docPartBody>
        <w:p w:rsidR="000F2FF1" w:rsidRDefault="000F2FF1" w:rsidP="000F2FF1">
          <w:pPr>
            <w:pStyle w:val="DCECA03B79274218B19DC1F1F329ADC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BB5158B5994AC2BCB4F5C813C9D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6FEC6-6C3F-46E9-9E65-AEA60B6D2FC2}"/>
      </w:docPartPr>
      <w:docPartBody>
        <w:p w:rsidR="000F2FF1" w:rsidRDefault="000F2FF1" w:rsidP="000F2FF1">
          <w:pPr>
            <w:pStyle w:val="80BB5158B5994AC2BCB4F5C813C9D8A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E46D06FEC54099A1ED25626069B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B9F8A-D973-4147-B4BE-E61A14494AD2}"/>
      </w:docPartPr>
      <w:docPartBody>
        <w:p w:rsidR="000F2FF1" w:rsidRDefault="000F2FF1" w:rsidP="000F2FF1">
          <w:pPr>
            <w:pStyle w:val="4FE46D06FEC54099A1ED25626069B67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84BD60B97D4CB1AC1763FF62800D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1E04E-1634-4F18-9C98-C810248D7077}"/>
      </w:docPartPr>
      <w:docPartBody>
        <w:p w:rsidR="000F2FF1" w:rsidRDefault="000F2FF1" w:rsidP="000F2FF1">
          <w:pPr>
            <w:pStyle w:val="EE84BD60B97D4CB1AC1763FF62800D1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CBC4D5ED714C2DA3DEC935B9E8B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A8ADF-EE0C-476E-9C33-9495B99EED60}"/>
      </w:docPartPr>
      <w:docPartBody>
        <w:p w:rsidR="000F2FF1" w:rsidRDefault="000F2FF1" w:rsidP="000F2FF1">
          <w:pPr>
            <w:pStyle w:val="98CBC4D5ED714C2DA3DEC935B9E8B7B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3DB8AE9A23641849CE784561674A0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982A0F-BCBA-4A38-A82F-4738EED357B6}"/>
      </w:docPartPr>
      <w:docPartBody>
        <w:p w:rsidR="000F2FF1" w:rsidRDefault="000F2FF1" w:rsidP="000F2FF1">
          <w:pPr>
            <w:pStyle w:val="43DB8AE9A23641849CE784561674A09C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62FA13A95F984D8394DC41917BF39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C266A-64C1-4194-9264-61DDE108FDE0}"/>
      </w:docPartPr>
      <w:docPartBody>
        <w:p w:rsidR="000F2FF1" w:rsidRDefault="000F2FF1" w:rsidP="000F2FF1">
          <w:pPr>
            <w:pStyle w:val="62FA13A95F984D8394DC41917BF399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890880660149008236D452A05D3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03FAD1-5B08-4918-88E2-914201811D68}"/>
      </w:docPartPr>
      <w:docPartBody>
        <w:p w:rsidR="000F2FF1" w:rsidRDefault="000F2FF1" w:rsidP="000F2FF1">
          <w:pPr>
            <w:pStyle w:val="2F890880660149008236D452A05D359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DC400748014FD9A86F883B28B8D0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ED88D-89B5-410D-85E1-8F7EAF2708A0}"/>
      </w:docPartPr>
      <w:docPartBody>
        <w:p w:rsidR="000F2FF1" w:rsidRDefault="000F2FF1" w:rsidP="000F2FF1">
          <w:pPr>
            <w:pStyle w:val="CBDC400748014FD9A86F883B28B8D0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16FF6B00004F4D8B633F5AA1A33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6F1331-502C-4A99-9254-A5AEF9FC6691}"/>
      </w:docPartPr>
      <w:docPartBody>
        <w:p w:rsidR="000F2FF1" w:rsidRDefault="000F2FF1" w:rsidP="000F2FF1">
          <w:pPr>
            <w:pStyle w:val="E816FF6B00004F4D8B633F5AA1A33F4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EBCA7932D44A6B988B5CFEB84A5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4A340-B5CA-4C0D-9F50-4D9789650C49}"/>
      </w:docPartPr>
      <w:docPartBody>
        <w:p w:rsidR="000F2FF1" w:rsidRDefault="000F2FF1" w:rsidP="000F2FF1">
          <w:pPr>
            <w:pStyle w:val="77EBCA7932D44A6B988B5CFEB84A52E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123C53024A4A7CA662972421CBE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08C3D8-2E48-4630-B8B5-3BF763E03A24}"/>
      </w:docPartPr>
      <w:docPartBody>
        <w:p w:rsidR="000F2FF1" w:rsidRDefault="000F2FF1" w:rsidP="000F2FF1">
          <w:pPr>
            <w:pStyle w:val="FB123C53024A4A7CA662972421CBED5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A177CD5168042899B8B6CD00F06DA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3A1859-F7A5-42FA-87B9-02B311BE5C0B}"/>
      </w:docPartPr>
      <w:docPartBody>
        <w:p w:rsidR="000F2FF1" w:rsidRDefault="000F2FF1" w:rsidP="000F2FF1">
          <w:pPr>
            <w:pStyle w:val="9A177CD5168042899B8B6CD00F06DA64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6997A66AD12F4E4BB9F4AC58DC294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AEB0E1-AA2E-4498-8286-029FB7E17649}"/>
      </w:docPartPr>
      <w:docPartBody>
        <w:p w:rsidR="000F2FF1" w:rsidRDefault="000F2FF1" w:rsidP="000F2FF1">
          <w:pPr>
            <w:pStyle w:val="6997A66AD12F4E4BB9F4AC58DC294E3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A4AB91616548879E51F36DFF2BA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6CC77-AA87-4EC9-BF73-EAB59D69CD25}"/>
      </w:docPartPr>
      <w:docPartBody>
        <w:p w:rsidR="000F2FF1" w:rsidRDefault="000F2FF1" w:rsidP="000F2FF1">
          <w:pPr>
            <w:pStyle w:val="67A4AB91616548879E51F36DFF2BA24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CDB858CF5D4425B14CF6B868BC0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0E9DAB-CF90-40AD-9800-B420D61675E7}"/>
      </w:docPartPr>
      <w:docPartBody>
        <w:p w:rsidR="000F2FF1" w:rsidRDefault="000F2FF1" w:rsidP="000F2FF1">
          <w:pPr>
            <w:pStyle w:val="02CDB858CF5D4425B14CF6B868BC0F9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3901ADFA524D6CB7E146C084A69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B1809-1657-4C2C-A975-488BA4695BEA}"/>
      </w:docPartPr>
      <w:docPartBody>
        <w:p w:rsidR="000F2FF1" w:rsidRDefault="000F2FF1" w:rsidP="000F2FF1">
          <w:pPr>
            <w:pStyle w:val="0E3901ADFA524D6CB7E146C084A69A6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4FAD3F80C74E4393031BAE5F988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8ABCB-B073-4A8C-8B69-E413F8FFEEF9}"/>
      </w:docPartPr>
      <w:docPartBody>
        <w:p w:rsidR="000F2FF1" w:rsidRDefault="000F2FF1" w:rsidP="000F2FF1">
          <w:pPr>
            <w:pStyle w:val="294FAD3F80C74E4393031BAE5F988F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7421D8B2184C3C8DAFE2AF4DDC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B13FA-D96F-4DC1-8999-D91FF607C833}"/>
      </w:docPartPr>
      <w:docPartBody>
        <w:p w:rsidR="000F2FF1" w:rsidRDefault="000F2FF1" w:rsidP="000F2FF1">
          <w:pPr>
            <w:pStyle w:val="DF7421D8B2184C3C8DAFE2AF4DDC9E6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D78211B681456B8FB57F02992BE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AAB26-356F-453B-8333-B151AF9322CD}"/>
      </w:docPartPr>
      <w:docPartBody>
        <w:p w:rsidR="000F2FF1" w:rsidRDefault="000F2FF1" w:rsidP="000F2FF1">
          <w:pPr>
            <w:pStyle w:val="A9D78211B681456B8FB57F02992BE397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1AE50CE717E443DBAB020334A5751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1C84A-9331-4929-8C2C-89A774A52AEE}"/>
      </w:docPartPr>
      <w:docPartBody>
        <w:p w:rsidR="000F2FF1" w:rsidRDefault="000F2FF1" w:rsidP="000F2FF1">
          <w:pPr>
            <w:pStyle w:val="1AE50CE717E443DBAB020334A5751A29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B0EBD24F82A4717B355B32781A44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F2EFD-6A34-44CC-A588-5965C8AEC03C}"/>
      </w:docPartPr>
      <w:docPartBody>
        <w:p w:rsidR="000F2FF1" w:rsidRDefault="000F2FF1" w:rsidP="000F2FF1">
          <w:pPr>
            <w:pStyle w:val="AB0EBD24F82A4717B355B32781A44A9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13DC7C5B594426B86E81D869501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27624-2BF7-45D3-A06B-C2EAA35B4035}"/>
      </w:docPartPr>
      <w:docPartBody>
        <w:p w:rsidR="000F2FF1" w:rsidRDefault="000F2FF1" w:rsidP="000F2FF1">
          <w:pPr>
            <w:pStyle w:val="7313DC7C5B594426B86E81D86950184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C9E76269E04D98B8083A10DB4B5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9F8B0-59F6-4E75-971E-575422A01417}"/>
      </w:docPartPr>
      <w:docPartBody>
        <w:p w:rsidR="000F2FF1" w:rsidRDefault="000F2FF1" w:rsidP="000F2FF1">
          <w:pPr>
            <w:pStyle w:val="2FC9E76269E04D98B8083A10DB4B50A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7B74449351410CB919E596F94E4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95344-5E8E-45D1-BE68-569DCFD40927}"/>
      </w:docPartPr>
      <w:docPartBody>
        <w:p w:rsidR="000F2FF1" w:rsidRDefault="000F2FF1" w:rsidP="000F2FF1">
          <w:pPr>
            <w:pStyle w:val="E47B74449351410CB919E596F94E4E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EA97E7AF614C1CBC4FDDE69CA3A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AEC97F-90A0-40A4-B5E3-1A9514BFB9BD}"/>
      </w:docPartPr>
      <w:docPartBody>
        <w:p w:rsidR="000F2FF1" w:rsidRDefault="000F2FF1" w:rsidP="000F2FF1">
          <w:pPr>
            <w:pStyle w:val="CEEA97E7AF614C1CBC4FDDE69CA3AA9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16645436A44853B9D6680FB9D4F2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2B62BA-C394-4737-B7BF-C76E215FEF69}"/>
      </w:docPartPr>
      <w:docPartBody>
        <w:p w:rsidR="000F2FF1" w:rsidRDefault="000F2FF1" w:rsidP="000F2FF1">
          <w:pPr>
            <w:pStyle w:val="D216645436A44853B9D6680FB9D4F21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D0AC44B042420B8D3522F3EE5AC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8AF20-AA3A-472D-A12C-0C7954E7735A}"/>
      </w:docPartPr>
      <w:docPartBody>
        <w:p w:rsidR="000F2FF1" w:rsidRDefault="000F2FF1" w:rsidP="000F2FF1">
          <w:pPr>
            <w:pStyle w:val="87D0AC44B042420B8D3522F3EE5AC257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551DE8D3B64D68A4D007B8C61D6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AAB30-1DDB-4FBB-8B0D-17471D27DF2C}"/>
      </w:docPartPr>
      <w:docPartBody>
        <w:p w:rsidR="000F2FF1" w:rsidRDefault="000F2FF1" w:rsidP="000F2FF1">
          <w:pPr>
            <w:pStyle w:val="24551DE8D3B64D68A4D007B8C61D6390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786F71EE61B475EA698C9A14D733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8BAA-5F5B-4119-839D-870964662DA2}"/>
      </w:docPartPr>
      <w:docPartBody>
        <w:p w:rsidR="000F2FF1" w:rsidRDefault="000F2FF1" w:rsidP="000F2FF1">
          <w:pPr>
            <w:pStyle w:val="3786F71EE61B475EA698C9A14D733DBD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610D6E3E91DD427D9E9ADDC066843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1F6A8-4D1F-4672-B164-32007BA3D831}"/>
      </w:docPartPr>
      <w:docPartBody>
        <w:p w:rsidR="000F2FF1" w:rsidRDefault="000F2FF1" w:rsidP="000F2FF1">
          <w:pPr>
            <w:pStyle w:val="610D6E3E91DD427D9E9ADDC06684390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E98435FC1640E08474D7AA437C0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E10CB9-1D0E-4313-BBCB-3A505EDE9C22}"/>
      </w:docPartPr>
      <w:docPartBody>
        <w:p w:rsidR="000F2FF1" w:rsidRDefault="000F2FF1" w:rsidP="000F2FF1">
          <w:pPr>
            <w:pStyle w:val="D2E98435FC1640E08474D7AA437C09ED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01FA09AFDB4BC8B5C5CFF0C5502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22DEA-F731-425D-83FF-1BF8912DA1CC}"/>
      </w:docPartPr>
      <w:docPartBody>
        <w:p w:rsidR="000F2FF1" w:rsidRDefault="000F2FF1" w:rsidP="000F2FF1">
          <w:pPr>
            <w:pStyle w:val="1401FA09AFDB4BC8B5C5CFF0C5502F58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B82CCA040C4BED9462942E4CDA3F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F13A0-8E19-4D26-B088-EC5CB2BBA6E6}"/>
      </w:docPartPr>
      <w:docPartBody>
        <w:p w:rsidR="000F2FF1" w:rsidRDefault="000F2FF1" w:rsidP="000F2FF1">
          <w:pPr>
            <w:pStyle w:val="52B82CCA040C4BED9462942E4CDA3F3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54C37E8F45498A8416F0C3F8161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723F3-77E9-46E5-B37F-65BF2DCFBA4A}"/>
      </w:docPartPr>
      <w:docPartBody>
        <w:p w:rsidR="000F2FF1" w:rsidRDefault="000F2FF1" w:rsidP="000F2FF1">
          <w:pPr>
            <w:pStyle w:val="2454C37E8F45498A8416F0C3F816110B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C54D331F0D478F9703AD53C655A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4C641E-B3D5-4D7E-A7E3-49B87E9635A6}"/>
      </w:docPartPr>
      <w:docPartBody>
        <w:p w:rsidR="000F2FF1" w:rsidRDefault="000F2FF1" w:rsidP="000F2FF1">
          <w:pPr>
            <w:pStyle w:val="4AC54D331F0D478F9703AD53C655AB6D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DD79BF05634BE6B6D98E9117261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6A5DA-ABB0-4E4D-93CD-02DE98DD7384}"/>
      </w:docPartPr>
      <w:docPartBody>
        <w:p w:rsidR="000F2FF1" w:rsidRDefault="000F2FF1" w:rsidP="000F2FF1">
          <w:pPr>
            <w:pStyle w:val="C7DD79BF05634BE6B6D98E9117261CC0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F499A2FD2D495C88CD81BBDDB13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62324-B9E7-4BDD-9C4B-F3F2B0355F79}"/>
      </w:docPartPr>
      <w:docPartBody>
        <w:p w:rsidR="000F2FF1" w:rsidRDefault="000F2FF1" w:rsidP="000F2FF1">
          <w:pPr>
            <w:pStyle w:val="F6F499A2FD2D495C88CD81BBDDB13A0F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ABA57C02F84487A8D4F41AF0328B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44F19-60F8-4A9F-88A0-372A6C95E67E}"/>
      </w:docPartPr>
      <w:docPartBody>
        <w:p w:rsidR="000F2FF1" w:rsidRDefault="000F2FF1" w:rsidP="000F2FF1">
          <w:pPr>
            <w:pStyle w:val="30ABA57C02F84487A8D4F41AF0328B8D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AFDA73380440E193E8730CAD6C0E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A37C4-D8D1-48FE-8EDA-86C586CD55FB}"/>
      </w:docPartPr>
      <w:docPartBody>
        <w:p w:rsidR="000F2FF1" w:rsidRDefault="000F2FF1" w:rsidP="000F2FF1">
          <w:pPr>
            <w:pStyle w:val="52AFDA73380440E193E8730CAD6C0E0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922809AE6B4F6CAE9D040E474CC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B0C7D-80A3-464B-8174-9D5ED1EC0136}"/>
      </w:docPartPr>
      <w:docPartBody>
        <w:p w:rsidR="000F2FF1" w:rsidRDefault="000F2FF1" w:rsidP="000F2FF1">
          <w:pPr>
            <w:pStyle w:val="78922809AE6B4F6CAE9D040E474CC49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EE2608357442D7B6730E5BE0316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92439-491A-44AB-8BA6-3655373C00EF}"/>
      </w:docPartPr>
      <w:docPartBody>
        <w:p w:rsidR="000F2FF1" w:rsidRDefault="000F2FF1" w:rsidP="000F2FF1">
          <w:pPr>
            <w:pStyle w:val="0EEE2608357442D7B6730E5BE03166C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7CF43946054CECA58D4059F5D464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1732D0-A32B-41F3-BB93-D7268EED4F2F}"/>
      </w:docPartPr>
      <w:docPartBody>
        <w:p w:rsidR="000F2FF1" w:rsidRDefault="000F2FF1" w:rsidP="000F2FF1">
          <w:pPr>
            <w:pStyle w:val="237CF43946054CECA58D4059F5D464D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DC0BAFFB5944C1A17F331BD044C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90AB1-6ECD-4824-BB11-1A0F29F056C8}"/>
      </w:docPartPr>
      <w:docPartBody>
        <w:p w:rsidR="000F2FF1" w:rsidRDefault="000F2FF1" w:rsidP="000F2FF1">
          <w:pPr>
            <w:pStyle w:val="66DC0BAFFB5944C1A17F331BD044CF5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A99737D025434D9696998E28F5C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6C0AE-51D3-4501-B098-DBC34E43068B}"/>
      </w:docPartPr>
      <w:docPartBody>
        <w:p w:rsidR="000F2FF1" w:rsidRDefault="000F2FF1" w:rsidP="000F2FF1">
          <w:pPr>
            <w:pStyle w:val="96A99737D025434D9696998E28F5C9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D43A04B7AF422091CB3337501A2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5392F-6594-4A97-83CC-A2E89BF607C4}"/>
      </w:docPartPr>
      <w:docPartBody>
        <w:p w:rsidR="000F2FF1" w:rsidRDefault="000F2FF1" w:rsidP="000F2FF1">
          <w:pPr>
            <w:pStyle w:val="37D43A04B7AF422091CB3337501A22F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157151B832421AA3B9C068C1547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56116-2265-46A9-BEE2-C59300AFB469}"/>
      </w:docPartPr>
      <w:docPartBody>
        <w:p w:rsidR="000F2FF1" w:rsidRDefault="000F2FF1" w:rsidP="000F2FF1">
          <w:pPr>
            <w:pStyle w:val="A5157151B832421AA3B9C068C1547739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57CFD5A9547CBB94B24EFAF5D4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47707-837A-4621-99CD-AD195AEEFB95}"/>
      </w:docPartPr>
      <w:docPartBody>
        <w:p w:rsidR="000F2FF1" w:rsidRDefault="000F2FF1" w:rsidP="000F2FF1">
          <w:pPr>
            <w:pStyle w:val="43C57CFD5A9547CBB94B24EFAF5D4DB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19BE16A9654046B9DBB15CF8AA32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09F4CC-D30E-4C5A-A05C-FB2842C440CF}"/>
      </w:docPartPr>
      <w:docPartBody>
        <w:p w:rsidR="000F2FF1" w:rsidRDefault="000F2FF1" w:rsidP="000F2FF1">
          <w:pPr>
            <w:pStyle w:val="7319BE16A9654046B9DBB15CF8AA32E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727BB32D6548C984E18A7B7F2AE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64AFD5-9E28-4016-9BD4-4E0655593B5C}"/>
      </w:docPartPr>
      <w:docPartBody>
        <w:p w:rsidR="000F2FF1" w:rsidRDefault="000F2FF1" w:rsidP="000F2FF1">
          <w:pPr>
            <w:pStyle w:val="02727BB32D6548C984E18A7B7F2AE9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BE4935E74A9422F931102D3272708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8C0772-9857-4969-9F1B-138757112B94}"/>
      </w:docPartPr>
      <w:docPartBody>
        <w:p w:rsidR="000F2FF1" w:rsidRDefault="000F2FF1" w:rsidP="000F2FF1">
          <w:pPr>
            <w:pStyle w:val="4BE4935E74A9422F931102D3272708D9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52CCB44459B4F37848740A9B9EB50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D8214-E008-4506-BBE0-01E3D90B40DE}"/>
      </w:docPartPr>
      <w:docPartBody>
        <w:p w:rsidR="000F2FF1" w:rsidRDefault="000F2FF1" w:rsidP="000F2FF1">
          <w:pPr>
            <w:pStyle w:val="752CCB44459B4F37848740A9B9EB50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6E595638B64ECEA984406F21B9DD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7F178-D618-42EF-96DC-0935C741806D}"/>
      </w:docPartPr>
      <w:docPartBody>
        <w:p w:rsidR="000F2FF1" w:rsidRDefault="000F2FF1" w:rsidP="000F2FF1">
          <w:pPr>
            <w:pStyle w:val="366E595638B64ECEA984406F21B9DD3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583133E41A4095A96BFF99BC6C4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57FCE-E2B4-4B63-8ADA-AA2D764D1DB8}"/>
      </w:docPartPr>
      <w:docPartBody>
        <w:p w:rsidR="000F2FF1" w:rsidRDefault="000F2FF1" w:rsidP="000F2FF1">
          <w:pPr>
            <w:pStyle w:val="88583133E41A4095A96BFF99BC6C4C1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E23687DE494AF4B4C2F920C1978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E9843-B5C9-42AF-ABDD-209EFFD9712B}"/>
      </w:docPartPr>
      <w:docPartBody>
        <w:p w:rsidR="000F2FF1" w:rsidRDefault="000F2FF1" w:rsidP="000F2FF1">
          <w:pPr>
            <w:pStyle w:val="85E23687DE494AF4B4C2F920C1978D00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89289120624D85ACA3301EEC6F5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FA0194-D214-430D-B44E-1D841C959796}"/>
      </w:docPartPr>
      <w:docPartBody>
        <w:p w:rsidR="000F2FF1" w:rsidRDefault="000F2FF1" w:rsidP="000F2FF1">
          <w:pPr>
            <w:pStyle w:val="DE89289120624D85ACA3301EEC6F514D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B78E11B7F054291969ADA5E358518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81F71B-FFB5-48DC-B0BE-FFEE59700404}"/>
      </w:docPartPr>
      <w:docPartBody>
        <w:p w:rsidR="000F2FF1" w:rsidRDefault="000F2FF1" w:rsidP="000F2FF1">
          <w:pPr>
            <w:pStyle w:val="CB78E11B7F054291969ADA5E358518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8D15AC4F384366A58845A9FE2D2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D3D99-2973-4BC8-9CE0-A1928A8788F7}"/>
      </w:docPartPr>
      <w:docPartBody>
        <w:p w:rsidR="000F2FF1" w:rsidRDefault="000F2FF1" w:rsidP="000F2FF1">
          <w:pPr>
            <w:pStyle w:val="018D15AC4F384366A58845A9FE2D27F6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68D2BAFC854515AB4D809741810F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6EF21E-8E7A-4E16-9DEF-3733424E5284}"/>
      </w:docPartPr>
      <w:docPartBody>
        <w:p w:rsidR="000F2FF1" w:rsidRDefault="000F2FF1" w:rsidP="000F2FF1">
          <w:pPr>
            <w:pStyle w:val="AB68D2BAFC854515AB4D809741810FCC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1A1DD11A3A4B60A484EAA97662AF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71EEA-C748-43FE-A05C-1B4016702660}"/>
      </w:docPartPr>
      <w:docPartBody>
        <w:p w:rsidR="000F2FF1" w:rsidRDefault="000F2FF1" w:rsidP="000F2FF1">
          <w:pPr>
            <w:pStyle w:val="FC1A1DD11A3A4B60A484EAA97662AFE2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8BDFB0416C4019B382D44ACE761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BA719-7C77-461F-97E9-DA01CED93CA4}"/>
      </w:docPartPr>
      <w:docPartBody>
        <w:p w:rsidR="000F2FF1" w:rsidRDefault="000F2FF1" w:rsidP="000F2FF1">
          <w:pPr>
            <w:pStyle w:val="678BDFB0416C4019B382D44ACE761AB6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890C57A6C44DE58FA2B753A28AFC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6564A-EED2-4E9B-A022-8520C46EFC2D}"/>
      </w:docPartPr>
      <w:docPartBody>
        <w:p w:rsidR="000F2FF1" w:rsidRDefault="000F2FF1" w:rsidP="000F2FF1">
          <w:pPr>
            <w:pStyle w:val="16890C57A6C44DE58FA2B753A28AFC7E"/>
          </w:pPr>
          <w:r w:rsidRPr="00994CF1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488C42CEB4F11AE67A14314E332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64DEB0-344F-46CD-9443-08C55EB8A3B1}"/>
      </w:docPartPr>
      <w:docPartBody>
        <w:p w:rsidR="000F2FF1" w:rsidRDefault="000F2FF1" w:rsidP="000F2FF1">
          <w:pPr>
            <w:pStyle w:val="704488C42CEB4F11AE67A14314E33283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582943F7414B0BA558DDC2829CA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98CE4-229D-489A-BC22-40BDBEE322A7}"/>
      </w:docPartPr>
      <w:docPartBody>
        <w:p w:rsidR="000F2FF1" w:rsidRDefault="000F2FF1" w:rsidP="000F2FF1">
          <w:pPr>
            <w:pStyle w:val="16582943F7414B0BA558DDC2829CA85B"/>
          </w:pPr>
          <w:r w:rsidRPr="00994CF1">
            <w:rPr>
              <w:rStyle w:val="PlaceholderText"/>
            </w:rPr>
            <w:t>Click or tap to enter a date.</w:t>
          </w:r>
        </w:p>
      </w:docPartBody>
    </w:docPart>
    <w:docPart>
      <w:docPartPr>
        <w:name w:val="0D676FC3F99545E581E08D9AD3C6C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4F365-7F8E-4836-93F8-3FBEA8DDD0C2}"/>
      </w:docPartPr>
      <w:docPartBody>
        <w:p w:rsidR="000F2FF1" w:rsidRDefault="000F2FF1" w:rsidP="000F2FF1">
          <w:pPr>
            <w:pStyle w:val="0D676FC3F99545E581E08D9AD3C6CABD"/>
          </w:pPr>
          <w:r w:rsidRPr="00994CF1">
            <w:rPr>
              <w:rStyle w:val="PlaceholderText"/>
            </w:rPr>
            <w:t>Click or tap to enter a date.</w:t>
          </w:r>
        </w:p>
      </w:docPartBody>
    </w:docPart>
    <w:docPart>
      <w:docPartPr>
        <w:name w:val="FA30271FEFC348AA9E5C51915CB6B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BB934-EA67-4DBC-9109-1E9844F196C6}"/>
      </w:docPartPr>
      <w:docPartBody>
        <w:p w:rsidR="000F2FF1" w:rsidRDefault="000F2FF1" w:rsidP="000F2FF1">
          <w:pPr>
            <w:pStyle w:val="FA30271FEFC348AA9E5C51915CB6B353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45899C29A7415EAA483715742581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8E09A-40B9-4824-9211-993EAA9757C6}"/>
      </w:docPartPr>
      <w:docPartBody>
        <w:p w:rsidR="000F2FF1" w:rsidRDefault="000F2FF1" w:rsidP="000F2FF1">
          <w:pPr>
            <w:pStyle w:val="7545899C29A7415EAA48371574258135"/>
          </w:pPr>
          <w:r w:rsidRPr="00994CF1">
            <w:rPr>
              <w:rStyle w:val="PlaceholderText"/>
            </w:rPr>
            <w:t>Click or tap to enter a date.</w:t>
          </w:r>
        </w:p>
      </w:docPartBody>
    </w:docPart>
    <w:docPart>
      <w:docPartPr>
        <w:name w:val="8FC07AE71D624C7A8A998C6D74922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9BB5A-4036-4EA3-B411-395CC6892586}"/>
      </w:docPartPr>
      <w:docPartBody>
        <w:p w:rsidR="000F2FF1" w:rsidRDefault="000F2FF1" w:rsidP="000F2FF1">
          <w:pPr>
            <w:pStyle w:val="8FC07AE71D624C7A8A998C6D74922177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08473D377847658E0C115CF7708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587C4-A833-4E4B-89D2-4BA3426ED8D7}"/>
      </w:docPartPr>
      <w:docPartBody>
        <w:p w:rsidR="000F2FF1" w:rsidRDefault="000F2FF1" w:rsidP="000F2FF1">
          <w:pPr>
            <w:pStyle w:val="F408473D377847658E0C115CF77087BE"/>
          </w:pPr>
          <w:r w:rsidRPr="00994CF1">
            <w:rPr>
              <w:rStyle w:val="PlaceholderText"/>
            </w:rPr>
            <w:t>Click or tap to enter a date.</w:t>
          </w:r>
        </w:p>
      </w:docPartBody>
    </w:docPart>
    <w:docPart>
      <w:docPartPr>
        <w:name w:val="23CD71F65D7246DDB57DFC123B9A6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BA797-E5BA-497F-A728-5CF9331D189D}"/>
      </w:docPartPr>
      <w:docPartBody>
        <w:p w:rsidR="000F2FF1" w:rsidRDefault="000F2FF1" w:rsidP="000F2FF1">
          <w:pPr>
            <w:pStyle w:val="23CD71F65D7246DDB57DFC123B9A6842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C73EF8CB824722B9706CD0D3394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81D93-6FB5-458C-BD1A-BB7AF45CEC20}"/>
      </w:docPartPr>
      <w:docPartBody>
        <w:p w:rsidR="000F2FF1" w:rsidRDefault="000F2FF1" w:rsidP="000F2FF1">
          <w:pPr>
            <w:pStyle w:val="C4C73EF8CB824722B9706CD0D33947C4"/>
          </w:pPr>
          <w:r w:rsidRPr="00994CF1">
            <w:rPr>
              <w:rStyle w:val="PlaceholderText"/>
            </w:rPr>
            <w:t>Click or tap to enter a date.</w:t>
          </w:r>
        </w:p>
      </w:docPartBody>
    </w:docPart>
    <w:docPart>
      <w:docPartPr>
        <w:name w:val="37019661A4854A18B73563DE48BC9F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78017-57A2-4CF4-AD97-70F993F6AA11}"/>
      </w:docPartPr>
      <w:docPartBody>
        <w:p w:rsidR="000F2FF1" w:rsidRDefault="000F2FF1" w:rsidP="000F2FF1">
          <w:pPr>
            <w:pStyle w:val="37019661A4854A18B73563DE48BC9FCF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4508748F414DDEA7A7F204D8CB4F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D7A74C-5251-406E-B444-C9FCE9C0CB2F}"/>
      </w:docPartPr>
      <w:docPartBody>
        <w:p w:rsidR="000F2FF1" w:rsidRDefault="000F2FF1" w:rsidP="000F2FF1">
          <w:pPr>
            <w:pStyle w:val="F44508748F414DDEA7A7F204D8CB4FCC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B41B8DA05740488206EC512FA69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C089C-BC6E-4A2E-8A02-A8BF5C4441D3}"/>
      </w:docPartPr>
      <w:docPartBody>
        <w:p w:rsidR="000F2FF1" w:rsidRDefault="000F2FF1" w:rsidP="000F2FF1">
          <w:pPr>
            <w:pStyle w:val="64B41B8DA05740488206EC512FA69B0D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1B9765AA0C4F8DA972583B2303D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168ECE-A644-483C-9F1B-ACFEB86B3C4B}"/>
      </w:docPartPr>
      <w:docPartBody>
        <w:p w:rsidR="000F2FF1" w:rsidRDefault="000F2FF1" w:rsidP="000F2FF1">
          <w:pPr>
            <w:pStyle w:val="CA1B9765AA0C4F8DA972583B2303D46B"/>
          </w:pPr>
          <w:r w:rsidRPr="00994CF1">
            <w:rPr>
              <w:rStyle w:val="PlaceholderText"/>
            </w:rPr>
            <w:t>Click or tap to enter a date.</w:t>
          </w:r>
        </w:p>
      </w:docPartBody>
    </w:docPart>
    <w:docPart>
      <w:docPartPr>
        <w:name w:val="0707DE9DF52047E3A79D930901434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CD002-45BD-4A41-890B-6EA167893F26}"/>
      </w:docPartPr>
      <w:docPartBody>
        <w:p w:rsidR="000F2FF1" w:rsidRDefault="000F2FF1" w:rsidP="000F2FF1">
          <w:pPr>
            <w:pStyle w:val="0707DE9DF52047E3A79D930901434779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7C0BB2576543D59842095D6797B6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3980D7-A547-4E90-8E87-49D111C1142C}"/>
      </w:docPartPr>
      <w:docPartBody>
        <w:p w:rsidR="000F2FF1" w:rsidRDefault="000F2FF1" w:rsidP="000F2FF1">
          <w:pPr>
            <w:pStyle w:val="CD7C0BB2576543D59842095D6797B68D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70DCEC3E01418CA4F58CF46130F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EDCAB4-BD8E-4800-B3A5-3304455F13C3}"/>
      </w:docPartPr>
      <w:docPartBody>
        <w:p w:rsidR="000F2FF1" w:rsidRDefault="000F2FF1" w:rsidP="000F2FF1">
          <w:pPr>
            <w:pStyle w:val="4D70DCEC3E01418CA4F58CF46130FB0B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E9FA2310C34226B3831C790DDF37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67CF8-D74A-41AB-AD7B-8D531F9B1EF9}"/>
      </w:docPartPr>
      <w:docPartBody>
        <w:p w:rsidR="000F2FF1" w:rsidRDefault="000F2FF1" w:rsidP="000F2FF1">
          <w:pPr>
            <w:pStyle w:val="07E9FA2310C34226B3831C790DDF3720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8B521DE444442B902E8C66020A06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DDDEA-0427-4C66-85CE-77A6B2521D8B}"/>
      </w:docPartPr>
      <w:docPartBody>
        <w:p w:rsidR="000F2FF1" w:rsidRDefault="000F2FF1" w:rsidP="000F2FF1">
          <w:pPr>
            <w:pStyle w:val="3C8B521DE444442B902E8C66020A0657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7BA284314D4F19981F88A4FC624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FCA12-13B5-4827-B513-670EBCC9B9B5}"/>
      </w:docPartPr>
      <w:docPartBody>
        <w:p w:rsidR="000F2FF1" w:rsidRDefault="000F2FF1" w:rsidP="000F2FF1">
          <w:pPr>
            <w:pStyle w:val="207BA284314D4F19981F88A4FC624D24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7120450E75473AA1F5126C6C906B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F8B5B-5640-4F87-8949-3383C8A5C759}"/>
      </w:docPartPr>
      <w:docPartBody>
        <w:p w:rsidR="000F2FF1" w:rsidRDefault="000F2FF1" w:rsidP="000F2FF1">
          <w:pPr>
            <w:pStyle w:val="3C7120450E75473AA1F5126C6C906BBB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9885A9EE414C869A4027A4693B8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4A166-B37F-4CC2-B886-B3CD8D37D518}"/>
      </w:docPartPr>
      <w:docPartBody>
        <w:p w:rsidR="000F2FF1" w:rsidRDefault="000F2FF1" w:rsidP="000F2FF1">
          <w:pPr>
            <w:pStyle w:val="109885A9EE414C869A4027A4693B8146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201C6DA6674D2D8B22DA2723C00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A50DE-75CF-4624-B9F3-108D15D74466}"/>
      </w:docPartPr>
      <w:docPartBody>
        <w:p w:rsidR="000F2FF1" w:rsidRDefault="000F2FF1" w:rsidP="000F2FF1">
          <w:pPr>
            <w:pStyle w:val="10201C6DA6674D2D8B22DA2723C00F8C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50A923093F4B3A87CBA58596740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197E5-EB9A-4126-9C0A-3A7BAA05C258}"/>
      </w:docPartPr>
      <w:docPartBody>
        <w:p w:rsidR="000F2FF1" w:rsidRDefault="000F2FF1" w:rsidP="000F2FF1">
          <w:pPr>
            <w:pStyle w:val="3E50A923093F4B3A87CBA58596740C0F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AC9088FBAB426EBC343685F5C0CB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3A610-182C-4975-831E-099EB000EC75}"/>
      </w:docPartPr>
      <w:docPartBody>
        <w:p w:rsidR="000F2FF1" w:rsidRDefault="000F2FF1" w:rsidP="000F2FF1">
          <w:pPr>
            <w:pStyle w:val="2BAC9088FBAB426EBC343685F5C0CBA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4F5ABD826E4CB59AC1DC10283C39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735378-C5F8-4B7D-A589-386B5BFE990A}"/>
      </w:docPartPr>
      <w:docPartBody>
        <w:p w:rsidR="000F2FF1" w:rsidRDefault="000F2FF1" w:rsidP="000F2FF1">
          <w:pPr>
            <w:pStyle w:val="534F5ABD826E4CB59AC1DC10283C391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1AAFE9D99C483A861A4D987AE96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EF0E7-E889-46AB-8D76-0FA0E7AA3CE9}"/>
      </w:docPartPr>
      <w:docPartBody>
        <w:p w:rsidR="000F2FF1" w:rsidRDefault="000F2FF1" w:rsidP="000F2FF1">
          <w:pPr>
            <w:pStyle w:val="481AAFE9D99C483A861A4D987AE9681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D6205C339F45459EB11FE91EABB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090F34-0B27-42C1-9C6B-49673F9062B4}"/>
      </w:docPartPr>
      <w:docPartBody>
        <w:p w:rsidR="000F2FF1" w:rsidRDefault="000F2FF1" w:rsidP="000F2FF1">
          <w:pPr>
            <w:pStyle w:val="A1D6205C339F45459EB11FE91EABB5B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1953A6AA7748DF8C65B038601F1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0F132-C873-493F-9C81-3C970FE74E49}"/>
      </w:docPartPr>
      <w:docPartBody>
        <w:p w:rsidR="000F2FF1" w:rsidRDefault="000F2FF1" w:rsidP="000F2FF1">
          <w:pPr>
            <w:pStyle w:val="7C1953A6AA7748DF8C65B038601F1F22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7EDF4462C42D699720A7922D30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30142-FA14-4306-97CB-8C7F787A0A6A}"/>
      </w:docPartPr>
      <w:docPartBody>
        <w:p w:rsidR="005215EC" w:rsidRDefault="000F2FF1" w:rsidP="000F2FF1">
          <w:pPr>
            <w:pStyle w:val="6E27EDF4462C42D699720A7922D3021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FBF5A0E8C34ACC9AB087B09F7153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FD0E5-A901-4B2B-90FE-3CEF64840E4F}"/>
      </w:docPartPr>
      <w:docPartBody>
        <w:p w:rsidR="005215EC" w:rsidRDefault="000F2FF1" w:rsidP="000F2FF1">
          <w:pPr>
            <w:pStyle w:val="7FFBF5A0E8C34ACC9AB087B09F7153B6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70CEBCD0D95447BA156A44D902E5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7A1B23-EF12-4B1C-8724-B1FE48F3C6AB}"/>
      </w:docPartPr>
      <w:docPartBody>
        <w:p w:rsidR="005215EC" w:rsidRDefault="000F2FF1" w:rsidP="000F2FF1">
          <w:pPr>
            <w:pStyle w:val="070CEBCD0D95447BA156A44D902E5724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73BE4D4ADD9435EA8FAFA8523AAB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375B0-FD9B-4F71-B00C-525AE6BD87C5}"/>
      </w:docPartPr>
      <w:docPartBody>
        <w:p w:rsidR="005215EC" w:rsidRDefault="000F2FF1" w:rsidP="000F2FF1">
          <w:pPr>
            <w:pStyle w:val="073BE4D4ADD9435EA8FAFA8523AAB03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E9A1EB91CC47E1870654D615EF79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54D37F-6CBA-42DF-B271-EE4C4742FA21}"/>
      </w:docPartPr>
      <w:docPartBody>
        <w:p w:rsidR="005215EC" w:rsidRDefault="000F2FF1" w:rsidP="000F2FF1">
          <w:pPr>
            <w:pStyle w:val="25E9A1EB91CC47E1870654D615EF79D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B4B6748D544FAD8FEEC5D3283C5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79B3F-2A9F-4296-88A3-D5F615E09A87}"/>
      </w:docPartPr>
      <w:docPartBody>
        <w:p w:rsidR="005215EC" w:rsidRDefault="000F2FF1" w:rsidP="000F2FF1">
          <w:pPr>
            <w:pStyle w:val="D5B4B6748D544FAD8FEEC5D3283C5BE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93791CC4EB4D8A9ADDCFF303032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1254A-EFEC-40BF-8868-1999B6AA3372}"/>
      </w:docPartPr>
      <w:docPartBody>
        <w:p w:rsidR="005215EC" w:rsidRDefault="000F2FF1" w:rsidP="000F2FF1">
          <w:pPr>
            <w:pStyle w:val="9993791CC4EB4D8A9ADDCFF303032C3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7670D251ED4DC3A722B065D324F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AF7A7-8D0C-42F0-A968-7A9DCCA5361D}"/>
      </w:docPartPr>
      <w:docPartBody>
        <w:p w:rsidR="005215EC" w:rsidRDefault="000F2FF1" w:rsidP="000F2FF1">
          <w:pPr>
            <w:pStyle w:val="A47670D251ED4DC3A722B065D324F50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87548EFE1C47F79861BD0E5D32D1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A897A-6F6A-40D6-B6F2-E84B642C462A}"/>
      </w:docPartPr>
      <w:docPartBody>
        <w:p w:rsidR="005215EC" w:rsidRDefault="000F2FF1" w:rsidP="000F2FF1">
          <w:pPr>
            <w:pStyle w:val="FD87548EFE1C47F79861BD0E5D32D10C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2BA4F8CFDFD4AADBCB70286BECDA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C41CE6-FEEA-4179-8EB7-ED3AD8D3B307}"/>
      </w:docPartPr>
      <w:docPartBody>
        <w:p w:rsidR="005215EC" w:rsidRDefault="000F2FF1" w:rsidP="000F2FF1">
          <w:pPr>
            <w:pStyle w:val="E2BA4F8CFDFD4AADBCB70286BECDA067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85E9D41D1044DF8B84D529F6F829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CC6B9-A1B2-4270-9055-35AB94FD58E2}"/>
      </w:docPartPr>
      <w:docPartBody>
        <w:p w:rsidR="005215EC" w:rsidRDefault="000F2FF1" w:rsidP="000F2FF1">
          <w:pPr>
            <w:pStyle w:val="F85E9D41D1044DF8B84D529F6F82917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9C8F9B4881424AB395885245D867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F9164-53F9-4F51-BBDD-0E3687DEB147}"/>
      </w:docPartPr>
      <w:docPartBody>
        <w:p w:rsidR="005215EC" w:rsidRDefault="000F2FF1" w:rsidP="000F2FF1">
          <w:pPr>
            <w:pStyle w:val="089C8F9B4881424AB395885245D867C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F02B09088A43CC894641FCE5E69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0BE501-B7CF-43AA-839B-E91B104DDB46}"/>
      </w:docPartPr>
      <w:docPartBody>
        <w:p w:rsidR="005215EC" w:rsidRDefault="000F2FF1" w:rsidP="000F2FF1">
          <w:pPr>
            <w:pStyle w:val="58F02B09088A43CC894641FCE5E6936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7CAAF56CE64E109CC7FED2056DD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E9D8E-1457-4235-87D5-CBF2362423CA}"/>
      </w:docPartPr>
      <w:docPartBody>
        <w:p w:rsidR="005215EC" w:rsidRDefault="000F2FF1" w:rsidP="000F2FF1">
          <w:pPr>
            <w:pStyle w:val="117CAAF56CE64E109CC7FED2056DDD6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A03F03C0C84EA5AFE40DAB3E694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21881-B1E7-4F50-B5B0-DA54DB2785A0}"/>
      </w:docPartPr>
      <w:docPartBody>
        <w:p w:rsidR="005215EC" w:rsidRDefault="000F2FF1" w:rsidP="000F2FF1">
          <w:pPr>
            <w:pStyle w:val="44A03F03C0C84EA5AFE40DAB3E694A7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C1F40CD0424DBA83EE842DC6C9D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9B1EE7-B55C-4B70-9113-423635CDA205}"/>
      </w:docPartPr>
      <w:docPartBody>
        <w:p w:rsidR="005215EC" w:rsidRDefault="000F2FF1" w:rsidP="000F2FF1">
          <w:pPr>
            <w:pStyle w:val="65C1F40CD0424DBA83EE842DC6C9D879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4778583C60D4B25BDD7D716A7D3E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5945D-1409-410B-9D7F-B9FD948279B8}"/>
      </w:docPartPr>
      <w:docPartBody>
        <w:p w:rsidR="005215EC" w:rsidRDefault="000F2FF1" w:rsidP="000F2FF1">
          <w:pPr>
            <w:pStyle w:val="24778583C60D4B25BDD7D716A7D3E5CA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53650C949114E7480D8BBF9AB425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2CFED7-EE0F-49CC-8743-3CA26EC98A44}"/>
      </w:docPartPr>
      <w:docPartBody>
        <w:p w:rsidR="005215EC" w:rsidRDefault="000F2FF1" w:rsidP="000F2FF1">
          <w:pPr>
            <w:pStyle w:val="753650C949114E7480D8BBF9AB425D7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1BA07E71C84E7683218CBF6C2D72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5E3394-EA07-4620-990D-F8F3B7427FA7}"/>
      </w:docPartPr>
      <w:docPartBody>
        <w:p w:rsidR="005215EC" w:rsidRDefault="000F2FF1" w:rsidP="000F2FF1">
          <w:pPr>
            <w:pStyle w:val="291BA07E71C84E7683218CBF6C2D727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9B1967D9E24D1085F469E5C8920D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20686-E88E-43BA-992B-BC10A5E8B40F}"/>
      </w:docPartPr>
      <w:docPartBody>
        <w:p w:rsidR="005215EC" w:rsidRDefault="000F2FF1" w:rsidP="000F2FF1">
          <w:pPr>
            <w:pStyle w:val="679B1967D9E24D1085F469E5C8920DD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A6F04E67ED421BA511255E22C63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6621B-310D-4D88-A58B-E53F50453FED}"/>
      </w:docPartPr>
      <w:docPartBody>
        <w:p w:rsidR="005215EC" w:rsidRDefault="000F2FF1" w:rsidP="000F2FF1">
          <w:pPr>
            <w:pStyle w:val="DDA6F04E67ED421BA511255E22C63BF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CAFEAF99CD42969DBF8AB8AACB11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14C33-4B34-4020-B0E4-1847AF21AD85}"/>
      </w:docPartPr>
      <w:docPartBody>
        <w:p w:rsidR="005215EC" w:rsidRDefault="000F2FF1" w:rsidP="000F2FF1">
          <w:pPr>
            <w:pStyle w:val="0ECAFEAF99CD42969DBF8AB8AACB111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76CCD615E446209C528F573FD21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07EEE-A5AC-4D0B-8C7A-A91C9517698D}"/>
      </w:docPartPr>
      <w:docPartBody>
        <w:p w:rsidR="005215EC" w:rsidRDefault="000F2FF1" w:rsidP="000F2FF1">
          <w:pPr>
            <w:pStyle w:val="4E76CCD615E446209C528F573FD21A1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F81F1A545C4EA095A93A9A87060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B1C19-6E45-49BB-A1A5-686AC5B5EF77}"/>
      </w:docPartPr>
      <w:docPartBody>
        <w:p w:rsidR="005215EC" w:rsidRDefault="000F2FF1" w:rsidP="000F2FF1">
          <w:pPr>
            <w:pStyle w:val="5EF81F1A545C4EA095A93A9A8706041A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83CB8BE92B1841959A683EF8189FC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32AB9-5E82-48AC-9200-9DC60545E328}"/>
      </w:docPartPr>
      <w:docPartBody>
        <w:p w:rsidR="005215EC" w:rsidRDefault="000F2FF1" w:rsidP="000F2FF1">
          <w:pPr>
            <w:pStyle w:val="83CB8BE92B1841959A683EF8189FC420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1CE8EC979CA445FC83F8B7CCD49D9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8D8BA1-069D-4C38-826A-D588890C3287}"/>
      </w:docPartPr>
      <w:docPartBody>
        <w:p w:rsidR="005215EC" w:rsidRDefault="000F2FF1" w:rsidP="000F2FF1">
          <w:pPr>
            <w:pStyle w:val="1CE8EC979CA445FC83F8B7CCD49D921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E179FBB4094890849C03C026C880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7C823-642A-4782-B7FE-09F13E26F3AA}"/>
      </w:docPartPr>
      <w:docPartBody>
        <w:p w:rsidR="005215EC" w:rsidRDefault="000F2FF1" w:rsidP="000F2FF1">
          <w:pPr>
            <w:pStyle w:val="7BE179FBB4094890849C03C026C8808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79501789A3401FB2FFB2BAC9650C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047F5-8E2E-42D4-8C47-66D1AA4A3FDC}"/>
      </w:docPartPr>
      <w:docPartBody>
        <w:p w:rsidR="005215EC" w:rsidRDefault="000F2FF1" w:rsidP="000F2FF1">
          <w:pPr>
            <w:pStyle w:val="3379501789A3401FB2FFB2BAC9650C1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2FA96809064C719AF1B38E453DE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C578E8-6D20-4D8D-A0E1-25EDCAEE734B}"/>
      </w:docPartPr>
      <w:docPartBody>
        <w:p w:rsidR="005215EC" w:rsidRDefault="000F2FF1" w:rsidP="000F2FF1">
          <w:pPr>
            <w:pStyle w:val="542FA96809064C719AF1B38E453DEE66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468AEB3E1884E02A3A3E5FB5E37F2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C7DCC6-AB80-4BCC-8351-F3F5BC84CA72}"/>
      </w:docPartPr>
      <w:docPartBody>
        <w:p w:rsidR="005215EC" w:rsidRDefault="000F2FF1" w:rsidP="000F2FF1">
          <w:pPr>
            <w:pStyle w:val="0468AEB3E1884E02A3A3E5FB5E37F286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C1D6325FE5244E9B744E7AC851E0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51CA91-72E4-4EB3-9D9F-6BCD652921D6}"/>
      </w:docPartPr>
      <w:docPartBody>
        <w:p w:rsidR="005215EC" w:rsidRDefault="000F2FF1" w:rsidP="000F2FF1">
          <w:pPr>
            <w:pStyle w:val="9C1D6325FE5244E9B744E7AC851E06F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FC12112E8949AAB3E5CC90C53EA5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B4118-F0C9-4B5F-A783-4BB8773D2112}"/>
      </w:docPartPr>
      <w:docPartBody>
        <w:p w:rsidR="005215EC" w:rsidRDefault="000F2FF1" w:rsidP="000F2FF1">
          <w:pPr>
            <w:pStyle w:val="58FC12112E8949AAB3E5CC90C53EA58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5B569B6F49473586C831CF5FD2F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9259E2-72B8-4FA3-9A75-ECFF7143EBA9}"/>
      </w:docPartPr>
      <w:docPartBody>
        <w:p w:rsidR="005215EC" w:rsidRDefault="000F2FF1" w:rsidP="000F2FF1">
          <w:pPr>
            <w:pStyle w:val="565B569B6F49473586C831CF5FD2F28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A7D53EDE9D4BA6A62E6EC230CA5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3C040-4A87-46C7-AE10-63D9BA797650}"/>
      </w:docPartPr>
      <w:docPartBody>
        <w:p w:rsidR="005215EC" w:rsidRDefault="000F2FF1" w:rsidP="000F2FF1">
          <w:pPr>
            <w:pStyle w:val="A9A7D53EDE9D4BA6A62E6EC230CA5109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94A033843A84C72B8297D4C1C3AA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366C8-E7E1-4B11-BCAC-7CEA0317B97B}"/>
      </w:docPartPr>
      <w:docPartBody>
        <w:p w:rsidR="005215EC" w:rsidRDefault="000F2FF1" w:rsidP="000F2FF1">
          <w:pPr>
            <w:pStyle w:val="E94A033843A84C72B8297D4C1C3AA17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40B94525664B969D6F058D7BEB3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CD83D-17AA-42B0-9055-4C90EF99BA06}"/>
      </w:docPartPr>
      <w:docPartBody>
        <w:p w:rsidR="005215EC" w:rsidRDefault="000F2FF1" w:rsidP="000F2FF1">
          <w:pPr>
            <w:pStyle w:val="9240B94525664B969D6F058D7BEB3A7E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88C5D7C3374A9EADD47288050891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65C92D-83B7-42A5-AF60-C6B0BD23B6D1}"/>
      </w:docPartPr>
      <w:docPartBody>
        <w:p w:rsidR="005215EC" w:rsidRDefault="000F2FF1" w:rsidP="000F2FF1">
          <w:pPr>
            <w:pStyle w:val="4688C5D7C3374A9EADD47288050891E1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04B71577C842499743F42E54A89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E28CF-5839-43D5-BC7C-73960B516CDD}"/>
      </w:docPartPr>
      <w:docPartBody>
        <w:p w:rsidR="005215EC" w:rsidRDefault="000F2FF1" w:rsidP="000F2FF1">
          <w:pPr>
            <w:pStyle w:val="3404B71577C842499743F42E54A8964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D1FD7B0D32409693EC9273C0816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2F5F38-7F53-4D55-8597-CCB5268F1787}"/>
      </w:docPartPr>
      <w:docPartBody>
        <w:p w:rsidR="005215EC" w:rsidRDefault="000F2FF1" w:rsidP="000F2FF1">
          <w:pPr>
            <w:pStyle w:val="F3D1FD7B0D32409693EC9273C081677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188CFFBF9A47EA9D5E9EA9B71E81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C3ACC-7A3F-4AF1-90F2-886E965C3D33}"/>
      </w:docPartPr>
      <w:docPartBody>
        <w:p w:rsidR="005215EC" w:rsidRDefault="000F2FF1" w:rsidP="000F2FF1">
          <w:pPr>
            <w:pStyle w:val="A4188CFFBF9A47EA9D5E9EA9B71E81E1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5D5405C251B46D3B4170671E78CE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1FC79-5BB6-4170-8140-5825213B89FF}"/>
      </w:docPartPr>
      <w:docPartBody>
        <w:p w:rsidR="005215EC" w:rsidRDefault="000F2FF1" w:rsidP="000F2FF1">
          <w:pPr>
            <w:pStyle w:val="D5D5405C251B46D3B4170671E78CE17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A16CC306F74C19A442C7BE7E31C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E732B4-F478-4DF9-A75B-384E2A45C441}"/>
      </w:docPartPr>
      <w:docPartBody>
        <w:p w:rsidR="005215EC" w:rsidRDefault="000F2FF1" w:rsidP="000F2FF1">
          <w:pPr>
            <w:pStyle w:val="A4A16CC306F74C19A442C7BE7E31CB77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BCE71166EC4B36A01F1AFF02A77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74C012-8EBE-409E-A8D8-5FC0EC17FF0F}"/>
      </w:docPartPr>
      <w:docPartBody>
        <w:p w:rsidR="005215EC" w:rsidRDefault="000F2FF1" w:rsidP="000F2FF1">
          <w:pPr>
            <w:pStyle w:val="34BCE71166EC4B36A01F1AFF02A77BCE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F66AE07D2F48BC87C5B05B021C6F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49221-FB35-44D5-BBB7-352F880A27D9}"/>
      </w:docPartPr>
      <w:docPartBody>
        <w:p w:rsidR="005215EC" w:rsidRDefault="000F2FF1" w:rsidP="000F2FF1">
          <w:pPr>
            <w:pStyle w:val="59F66AE07D2F48BC87C5B05B021C6F2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057FD49242475C86D404E185262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5E2D78-B822-499C-8EF4-51A975C69062}"/>
      </w:docPartPr>
      <w:docPartBody>
        <w:p w:rsidR="005215EC" w:rsidRDefault="000F2FF1" w:rsidP="000F2FF1">
          <w:pPr>
            <w:pStyle w:val="EB057FD49242475C86D404E1852625F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547FEC2D424AC89F5EF11942419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E5C9F-7A88-4666-ADB3-EE1CDF221BDF}"/>
      </w:docPartPr>
      <w:docPartBody>
        <w:p w:rsidR="005215EC" w:rsidRDefault="000F2FF1" w:rsidP="000F2FF1">
          <w:pPr>
            <w:pStyle w:val="C5547FEC2D424AC89F5EF11942419338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D8457FCED50421FBFF47DE90BEB7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EEFD78-80AB-4799-A02F-076E6F8B20F4}"/>
      </w:docPartPr>
      <w:docPartBody>
        <w:p w:rsidR="005215EC" w:rsidRDefault="000F2FF1" w:rsidP="000F2FF1">
          <w:pPr>
            <w:pStyle w:val="0D8457FCED50421FBFF47DE90BEB7DE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868C514D304142B2BB462525D0C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932FBE-29CD-4A25-87A8-7E374B881FAE}"/>
      </w:docPartPr>
      <w:docPartBody>
        <w:p w:rsidR="005215EC" w:rsidRDefault="000F2FF1" w:rsidP="000F2FF1">
          <w:pPr>
            <w:pStyle w:val="9C868C514D304142B2BB462525D0C19F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0C63EF4C984BA28D7EF8C028124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A4B33-99FC-4ABC-8503-9C0238039FB6}"/>
      </w:docPartPr>
      <w:docPartBody>
        <w:p w:rsidR="005215EC" w:rsidRDefault="000F2FF1" w:rsidP="000F2FF1">
          <w:pPr>
            <w:pStyle w:val="420C63EF4C984BA28D7EF8C0281244B4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7C8CCE3FC645D89B2D643B9035DA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E4CD1-54E8-48CA-B722-77A6FB2B1BD6}"/>
      </w:docPartPr>
      <w:docPartBody>
        <w:p w:rsidR="005215EC" w:rsidRDefault="000F2FF1" w:rsidP="000F2FF1">
          <w:pPr>
            <w:pStyle w:val="CD7C8CCE3FC645D89B2D643B9035DA3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5C6EB14FB042D889A0A84C3416E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815B8-C8CB-4345-85FF-722902AB1F77}"/>
      </w:docPartPr>
      <w:docPartBody>
        <w:p w:rsidR="005215EC" w:rsidRDefault="000F2FF1" w:rsidP="000F2FF1">
          <w:pPr>
            <w:pStyle w:val="2E5C6EB14FB042D889A0A84C3416E60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80F87D6A4346398023EF55CDD29D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91C58-FFBD-4479-B25A-63612F9FF9A4}"/>
      </w:docPartPr>
      <w:docPartBody>
        <w:p w:rsidR="005215EC" w:rsidRDefault="000F2FF1" w:rsidP="000F2FF1">
          <w:pPr>
            <w:pStyle w:val="E880F87D6A4346398023EF55CDD29DDA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2A5A42AFD8A47228A92FFE90356A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3BB0B0-9C7C-40B4-A853-CF51D915FECB}"/>
      </w:docPartPr>
      <w:docPartBody>
        <w:p w:rsidR="005215EC" w:rsidRDefault="000F2FF1" w:rsidP="000F2FF1">
          <w:pPr>
            <w:pStyle w:val="F2A5A42AFD8A47228A92FFE90356A5B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154094784B44B9B92C5A6A60D6A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C39CB7-1E12-4A61-ABB9-8816D18261D4}"/>
      </w:docPartPr>
      <w:docPartBody>
        <w:p w:rsidR="005215EC" w:rsidRDefault="000F2FF1" w:rsidP="000F2FF1">
          <w:pPr>
            <w:pStyle w:val="C8154094784B44B9B92C5A6A60D6ACD3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739BCA10A54E78AD4599367086B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8C32F6-F98E-4BDC-A791-8181D79EAD94}"/>
      </w:docPartPr>
      <w:docPartBody>
        <w:p w:rsidR="005215EC" w:rsidRDefault="000F2FF1" w:rsidP="000F2FF1">
          <w:pPr>
            <w:pStyle w:val="56739BCA10A54E78AD4599367086B55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A84043297405099BB9798DB16B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4BBFB-9F89-48BF-BDB3-EF8403B5CBE2}"/>
      </w:docPartPr>
      <w:docPartBody>
        <w:p w:rsidR="005215EC" w:rsidRDefault="000F2FF1" w:rsidP="000F2FF1">
          <w:pPr>
            <w:pStyle w:val="520A84043297405099BB9798DB16B0D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B2A385369B42768265A12800D16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F910D7-A4B8-4292-BD14-D755F12B4550}"/>
      </w:docPartPr>
      <w:docPartBody>
        <w:p w:rsidR="005215EC" w:rsidRDefault="000F2FF1" w:rsidP="000F2FF1">
          <w:pPr>
            <w:pStyle w:val="82B2A385369B42768265A12800D160BE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420DF8139D746C5A27FA6EF20D27B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2D8C6-1F8D-4F4A-8390-0CBD05218268}"/>
      </w:docPartPr>
      <w:docPartBody>
        <w:p w:rsidR="005215EC" w:rsidRDefault="000F2FF1" w:rsidP="000F2FF1">
          <w:pPr>
            <w:pStyle w:val="A420DF8139D746C5A27FA6EF20D27BA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AFFC1A8FC6455E8F8EA94F6EDBC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AF3F4D-56AF-4869-A4FF-A8AA9C6E5F23}"/>
      </w:docPartPr>
      <w:docPartBody>
        <w:p w:rsidR="005215EC" w:rsidRDefault="000F2FF1" w:rsidP="000F2FF1">
          <w:pPr>
            <w:pStyle w:val="98AFFC1A8FC6455E8F8EA94F6EDBCF6F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4FD954C7524848B47C6D010AF8E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6B9AE-1A74-401D-B627-3BEB4EB47DA5}"/>
      </w:docPartPr>
      <w:docPartBody>
        <w:p w:rsidR="005215EC" w:rsidRDefault="000F2FF1" w:rsidP="000F2FF1">
          <w:pPr>
            <w:pStyle w:val="184FD954C7524848B47C6D010AF8E4E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3CAA3061944C7D970E54BF5B6BC1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789D1-DA52-4EE5-BC91-6DCCE35681D9}"/>
      </w:docPartPr>
      <w:docPartBody>
        <w:p w:rsidR="005215EC" w:rsidRDefault="000F2FF1" w:rsidP="000F2FF1">
          <w:pPr>
            <w:pStyle w:val="303CAA3061944C7D970E54BF5B6BC18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A2D71439034300BAEB24681E955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28136-2E25-4D69-8AF9-5F685F3277D6}"/>
      </w:docPartPr>
      <w:docPartBody>
        <w:p w:rsidR="005215EC" w:rsidRDefault="000F2FF1" w:rsidP="000F2FF1">
          <w:pPr>
            <w:pStyle w:val="71A2D71439034300BAEB24681E9556F4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4C0B1F848DA4B71AF7A63F38A0388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4EDD5-896A-4BBF-A6E2-B3CD4F680FF9}"/>
      </w:docPartPr>
      <w:docPartBody>
        <w:p w:rsidR="005215EC" w:rsidRDefault="000F2FF1" w:rsidP="000F2FF1">
          <w:pPr>
            <w:pStyle w:val="04C0B1F848DA4B71AF7A63F38A03885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F70604E68E424A9E5E83D93BEFF2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125DC8-B1F7-4893-89D9-465532396239}"/>
      </w:docPartPr>
      <w:docPartBody>
        <w:p w:rsidR="005215EC" w:rsidRDefault="000F2FF1" w:rsidP="000F2FF1">
          <w:pPr>
            <w:pStyle w:val="77F70604E68E424A9E5E83D93BEFF238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E3FFE383124725BB1C9110E19C2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E11A34-5126-4A91-B52B-E5E9BAB03C51}"/>
      </w:docPartPr>
      <w:docPartBody>
        <w:p w:rsidR="005215EC" w:rsidRDefault="000F2FF1" w:rsidP="000F2FF1">
          <w:pPr>
            <w:pStyle w:val="DBE3FFE383124725BB1C9110E19C2EF5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8FD2D37FA34766816DF0FDBED83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E318B-6C86-4915-BF59-C9D68AC88F05}"/>
      </w:docPartPr>
      <w:docPartBody>
        <w:p w:rsidR="005215EC" w:rsidRDefault="000F2FF1" w:rsidP="000F2FF1">
          <w:pPr>
            <w:pStyle w:val="798FD2D37FA34766816DF0FDBED83C30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60C146ECD44EC494223927E41F4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68CA2-761B-4674-8AEC-45A1BE6606C2}"/>
      </w:docPartPr>
      <w:docPartBody>
        <w:p w:rsidR="005215EC" w:rsidRDefault="000F2FF1" w:rsidP="000F2FF1">
          <w:pPr>
            <w:pStyle w:val="7260C146ECD44EC494223927E41F4C9D1"/>
          </w:pPr>
          <w:r w:rsidRPr="00994CF1">
            <w:rPr>
              <w:rStyle w:val="PlaceholderText"/>
            </w:rPr>
            <w:t>Click or tap to enter a date.</w:t>
          </w:r>
        </w:p>
      </w:docPartBody>
    </w:docPart>
    <w:docPart>
      <w:docPartPr>
        <w:name w:val="8205920D02B240A69013ED99C9E31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5A87E-08F9-42C9-88D5-0BCE08678DD3}"/>
      </w:docPartPr>
      <w:docPartBody>
        <w:p w:rsidR="005215EC" w:rsidRDefault="000F2FF1" w:rsidP="000F2FF1">
          <w:pPr>
            <w:pStyle w:val="8205920D02B240A69013ED99C9E31484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D8F898BA024CDABD0C75E5AB488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50303-A37A-4429-B382-22D6EB0B4848}"/>
      </w:docPartPr>
      <w:docPartBody>
        <w:p w:rsidR="005215EC" w:rsidRDefault="000F2FF1" w:rsidP="000F2FF1">
          <w:pPr>
            <w:pStyle w:val="22D8F898BA024CDABD0C75E5AB48859D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1F74CAAA74489A9424BCAF5C6F7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3128-FA1B-4302-A598-F7379242E374}"/>
      </w:docPartPr>
      <w:docPartBody>
        <w:p w:rsidR="005215EC" w:rsidRDefault="000F2FF1" w:rsidP="000F2FF1">
          <w:pPr>
            <w:pStyle w:val="2F1F74CAAA74489A9424BCAF5C6F7E181"/>
          </w:pPr>
          <w:r w:rsidRPr="00994CF1">
            <w:rPr>
              <w:rStyle w:val="PlaceholderText"/>
            </w:rPr>
            <w:t>Click or tap to enter a date.</w:t>
          </w:r>
        </w:p>
      </w:docPartBody>
    </w:docPart>
    <w:docPart>
      <w:docPartPr>
        <w:name w:val="4C19198CC0164A85A05A83037B828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77CDC-B6FA-4D4A-9AD9-EF970221B4BD}"/>
      </w:docPartPr>
      <w:docPartBody>
        <w:p w:rsidR="005215EC" w:rsidRDefault="000F2FF1" w:rsidP="000F2FF1">
          <w:pPr>
            <w:pStyle w:val="4C19198CC0164A85A05A83037B8281B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CDBC924E5C40D0837928EED517D0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C44A7-3D14-47CE-814C-E96E02BE88C0}"/>
      </w:docPartPr>
      <w:docPartBody>
        <w:p w:rsidR="005215EC" w:rsidRDefault="000F2FF1" w:rsidP="000F2FF1">
          <w:pPr>
            <w:pStyle w:val="F9CDBC924E5C40D0837928EED517D01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D4BAF9FB254120A3B5A1C69A031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CCDC1-2F66-4608-93A2-F288692C695C}"/>
      </w:docPartPr>
      <w:docPartBody>
        <w:p w:rsidR="005215EC" w:rsidRDefault="000F2FF1" w:rsidP="000F2FF1">
          <w:pPr>
            <w:pStyle w:val="EAD4BAF9FB254120A3B5A1C69A0310E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64C63037E845EA9157CDBB84E77F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4E094-046B-45AC-B5DC-AE0C331591B0}"/>
      </w:docPartPr>
      <w:docPartBody>
        <w:p w:rsidR="005215EC" w:rsidRDefault="000F2FF1" w:rsidP="000F2FF1">
          <w:pPr>
            <w:pStyle w:val="3364C63037E845EA9157CDBB84E77F3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27FE944DC84CC3960ECA6F81D57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FC8CF-5DFE-4D14-AB4E-E420AF8FEE7A}"/>
      </w:docPartPr>
      <w:docPartBody>
        <w:p w:rsidR="005215EC" w:rsidRDefault="000F2FF1" w:rsidP="000F2FF1">
          <w:pPr>
            <w:pStyle w:val="E827FE944DC84CC3960ECA6F81D57A73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9101DBF733488894F5DA27445922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20E627-F96F-4E1C-B922-7E1C0162F942}"/>
      </w:docPartPr>
      <w:docPartBody>
        <w:p w:rsidR="005215EC" w:rsidRDefault="000F2FF1" w:rsidP="000F2FF1">
          <w:pPr>
            <w:pStyle w:val="C79101DBF733488894F5DA27445922C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D1C070BD2F46AFA47825948D0586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312C54-D7A0-4C20-80A1-3EE5399299C5}"/>
      </w:docPartPr>
      <w:docPartBody>
        <w:p w:rsidR="005215EC" w:rsidRDefault="000F2FF1" w:rsidP="000F2FF1">
          <w:pPr>
            <w:pStyle w:val="44D1C070BD2F46AFA47825948D0586E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88337E16D4450FA970FACAD2A9D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F4EF9-49A8-4327-9671-6FB190316BEE}"/>
      </w:docPartPr>
      <w:docPartBody>
        <w:p w:rsidR="005215EC" w:rsidRDefault="000F2FF1" w:rsidP="000F2FF1">
          <w:pPr>
            <w:pStyle w:val="7C88337E16D4450FA970FACAD2A9DCD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0800859F204290B95CB276982AD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32D101-C434-4B1E-990E-DB44CDF37FA2}"/>
      </w:docPartPr>
      <w:docPartBody>
        <w:p w:rsidR="005215EC" w:rsidRDefault="000F2FF1" w:rsidP="000F2FF1">
          <w:pPr>
            <w:pStyle w:val="EA0800859F204290B95CB276982ADFF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B4A0CB0ECC41A68583892FE700F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2F5E1C-5110-4D07-A910-C7E3F222DFE7}"/>
      </w:docPartPr>
      <w:docPartBody>
        <w:p w:rsidR="005215EC" w:rsidRDefault="000F2FF1" w:rsidP="000F2FF1">
          <w:pPr>
            <w:pStyle w:val="69B4A0CB0ECC41A68583892FE700F161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AFA00F3AA04F009B26C7E0859F8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78D2F-EF8C-4EA3-A694-C3757E1C6E86}"/>
      </w:docPartPr>
      <w:docPartBody>
        <w:p w:rsidR="005215EC" w:rsidRDefault="000F2FF1" w:rsidP="000F2FF1">
          <w:pPr>
            <w:pStyle w:val="F4AFA00F3AA04F009B26C7E0859F8D8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0F3E48105F4A219716E3D517652B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E92E74-A367-43FA-9C8D-EBBB18776C74}"/>
      </w:docPartPr>
      <w:docPartBody>
        <w:p w:rsidR="005215EC" w:rsidRDefault="000F2FF1" w:rsidP="000F2FF1">
          <w:pPr>
            <w:pStyle w:val="750F3E48105F4A219716E3D517652BD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602201EDBE45C0A4D7801A3FAA2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296C9-7FEB-445E-97E0-6B623E436480}"/>
      </w:docPartPr>
      <w:docPartBody>
        <w:p w:rsidR="005215EC" w:rsidRDefault="000F2FF1" w:rsidP="000F2FF1">
          <w:pPr>
            <w:pStyle w:val="E4602201EDBE45C0A4D7801A3FAA23B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C76EE11CE846A28D010E244963C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8817D-E234-41DC-BF75-CD2A9971B34B}"/>
      </w:docPartPr>
      <w:docPartBody>
        <w:p w:rsidR="005215EC" w:rsidRDefault="000F2FF1" w:rsidP="000F2FF1">
          <w:pPr>
            <w:pStyle w:val="B0C76EE11CE846A28D010E244963C11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0AE7056E4046BAB49458BA51F41E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E60AE-0FC5-44FC-8470-80F0381C0D97}"/>
      </w:docPartPr>
      <w:docPartBody>
        <w:p w:rsidR="005215EC" w:rsidRDefault="000F2FF1" w:rsidP="000F2FF1">
          <w:pPr>
            <w:pStyle w:val="3D0AE7056E4046BAB49458BA51F41EA4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F66982F77947E7A8306ACFBF3E7D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6BD42-1104-426B-BC99-553B8E43BEFA}"/>
      </w:docPartPr>
      <w:docPartBody>
        <w:p w:rsidR="005215EC" w:rsidRDefault="000F2FF1" w:rsidP="000F2FF1">
          <w:pPr>
            <w:pStyle w:val="6BF66982F77947E7A8306ACFBF3E7DD4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966D56C9014B2FA10724CA65CEAE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D9668-0C1F-4D51-BAF5-A47683718869}"/>
      </w:docPartPr>
      <w:docPartBody>
        <w:p w:rsidR="005215EC" w:rsidRDefault="000F2FF1" w:rsidP="000F2FF1">
          <w:pPr>
            <w:pStyle w:val="AB966D56C9014B2FA10724CA65CEAED8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BF18CCF0454F5A8DFB6B375C108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01698-572E-4700-BF81-015EAB88C600}"/>
      </w:docPartPr>
      <w:docPartBody>
        <w:p w:rsidR="005215EC" w:rsidRDefault="000F2FF1" w:rsidP="000F2FF1">
          <w:pPr>
            <w:pStyle w:val="5FBF18CCF0454F5A8DFB6B375C108E0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06233D"/>
    <w:rsid w:val="000A5C46"/>
    <w:rsid w:val="000F2FF1"/>
    <w:rsid w:val="001063D2"/>
    <w:rsid w:val="00321A34"/>
    <w:rsid w:val="0033193A"/>
    <w:rsid w:val="003E190D"/>
    <w:rsid w:val="004161F5"/>
    <w:rsid w:val="005215EC"/>
    <w:rsid w:val="005A051B"/>
    <w:rsid w:val="006239E1"/>
    <w:rsid w:val="00667F4B"/>
    <w:rsid w:val="006D0099"/>
    <w:rsid w:val="008E4BAB"/>
    <w:rsid w:val="009A5C93"/>
    <w:rsid w:val="009D3254"/>
    <w:rsid w:val="00B302C0"/>
    <w:rsid w:val="00BD0B7C"/>
    <w:rsid w:val="00F0690A"/>
    <w:rsid w:val="00F2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2FF1"/>
    <w:rPr>
      <w:color w:val="666666"/>
    </w:rPr>
  </w:style>
  <w:style w:type="paragraph" w:customStyle="1" w:styleId="43C860214DA049CB9E22862C1E520133">
    <w:name w:val="43C860214DA049CB9E22862C1E520133"/>
    <w:rsid w:val="0006233D"/>
  </w:style>
  <w:style w:type="paragraph" w:customStyle="1" w:styleId="929C600C0D0B4CE1BF4F212FEEF15EDE">
    <w:name w:val="929C600C0D0B4CE1BF4F212FEEF15EDE"/>
    <w:rsid w:val="0006233D"/>
  </w:style>
  <w:style w:type="paragraph" w:customStyle="1" w:styleId="1734C0B0E50C4165979C1D1CD6EF5118">
    <w:name w:val="1734C0B0E50C4165979C1D1CD6EF5118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">
    <w:name w:val="F4D6CB2241074A76A75ACE4A72F3BACA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">
    <w:name w:val="5C6BE9DD57B042A78E73AE6C65AB81E9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">
    <w:name w:val="B94FF17A7DD844238942618D220CAEE0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B3D43A833542A1A3F03B74622B056A">
    <w:name w:val="FBB3D43A833542A1A3F03B74622B056A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CB3A1CC0C4137BEF5AA3AD01A1007">
    <w:name w:val="BE6CB3A1CC0C4137BEF5AA3AD01A1007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EF6C29A8E2341C69804EBC5D5D2B681">
    <w:name w:val="AEF6C29A8E2341C69804EBC5D5D2B68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E894039EC34BBD97FE177B59C4C5D6">
    <w:name w:val="5CE894039EC34BBD97FE177B59C4C5D6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36E4E994A1743918FB91FC1BDC058B5">
    <w:name w:val="636E4E994A1743918FB91FC1BDC058B5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CCEE6A63FD44E29884D4439D2609C3">
    <w:name w:val="40CCEE6A63FD44E29884D4439D2609C3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923EEF1403B4AB5A4F6537FB2880C52">
    <w:name w:val="5923EEF1403B4AB5A4F6537FB2880C5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90EF609804746BFA6B45158254E1CCC">
    <w:name w:val="990EF609804746BFA6B45158254E1CCC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68539976DB426FBFE348180E213D1C">
    <w:name w:val="AC68539976DB426FBFE348180E213D1C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90D1BD045D344618D2A0026986ACB40">
    <w:name w:val="990D1BD045D344618D2A0026986ACB40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D58CF4FF4F40D08CFF6C7D98285CB2">
    <w:name w:val="64D58CF4FF4F40D08CFF6C7D98285CB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36A8B817F414B3FBB913BF878A1D976">
    <w:name w:val="836A8B817F414B3FBB913BF878A1D976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10954396B694DCA81F0643D68B6E5BE">
    <w:name w:val="E10954396B694DCA81F0643D68B6E5BE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B1CEA7FA2B47E1A38B5827965DABDD">
    <w:name w:val="EEB1CEA7FA2B47E1A38B5827965DABDD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F948ADF85243E4A9375A96BAA7B8BA">
    <w:name w:val="89F948ADF85243E4A9375A96BAA7B8BA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D841703EAB24BBAB6F4E3734DE5A904">
    <w:name w:val="9D841703EAB24BBAB6F4E3734DE5A904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2B32E1ADBAF403D9E6C38567FB5E27F">
    <w:name w:val="12B32E1ADBAF403D9E6C38567FB5E27F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D2DDAF846B041B8902BB154EE24FC09">
    <w:name w:val="BD2DDAF846B041B8902BB154EE24FC09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483952943F4B4B802F128292745EAA">
    <w:name w:val="58483952943F4B4B802F128292745EAA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7B470012D64B2CA74AF8580DE55A0F">
    <w:name w:val="DF7B470012D64B2CA74AF8580DE55A0F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00A98C22B54DD996448D43BD9FF176">
    <w:name w:val="6E00A98C22B54DD996448D43BD9FF176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BEA59A68644D72BE4E561ADB6D9DC3">
    <w:name w:val="7DBEA59A68644D72BE4E561ADB6D9DC3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ECA03B79274218B19DC1F1F329ADC9">
    <w:name w:val="DCECA03B79274218B19DC1F1F329ADC9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0BB5158B5994AC2BCB4F5C813C9D8AA">
    <w:name w:val="80BB5158B5994AC2BCB4F5C813C9D8AA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E46D06FEC54099A1ED25626069B67F">
    <w:name w:val="4FE46D06FEC54099A1ED25626069B67F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">
    <w:name w:val="872FF4CA11794B8A841DB2220DF10EA6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">
    <w:name w:val="4E97BD512F134974B65EC5CE1A1FFA5C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">
    <w:name w:val="43C24FC1DD4E4C25906C3761C0E444F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">
    <w:name w:val="6E5B51F8A20C49259CB13015EB121389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">
    <w:name w:val="ACA81B7FEB124004A04A95F11ADBD7A7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">
    <w:name w:val="E3F5175B57004446843F4F317C13BE7C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">
    <w:name w:val="6E2E25C8BD59485F83A4E1A3EB66C1CA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">
    <w:name w:val="74CADD3637F3476CAEF2795719E307AF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84BD60B97D4CB1AC1763FF62800D15">
    <w:name w:val="EE84BD60B97D4CB1AC1763FF62800D15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CBC4D5ED714C2DA3DEC935B9E8B7B1">
    <w:name w:val="98CBC4D5ED714C2DA3DEC935B9E8B7B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DB8AE9A23641849CE784561674A09C">
    <w:name w:val="43DB8AE9A23641849CE784561674A09C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FA13A95F984D8394DC41917BF39972">
    <w:name w:val="62FA13A95F984D8394DC41917BF3997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F890880660149008236D452A05D359D">
    <w:name w:val="2F890880660149008236D452A05D359D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DC400748014FD9A86F883B28B8D062">
    <w:name w:val="CBDC400748014FD9A86F883B28B8D06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16FF6B00004F4D8B633F5AA1A33F46">
    <w:name w:val="E816FF6B00004F4D8B633F5AA1A33F46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EBCA7932D44A6B988B5CFEB84A52ED">
    <w:name w:val="77EBCA7932D44A6B988B5CFEB84A52ED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123C53024A4A7CA662972421CBED51">
    <w:name w:val="FB123C53024A4A7CA662972421CBED5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177CD5168042899B8B6CD00F06DA64">
    <w:name w:val="9A177CD5168042899B8B6CD00F06DA64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997A66AD12F4E4BB9F4AC58DC294E3C">
    <w:name w:val="6997A66AD12F4E4BB9F4AC58DC294E3C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7A4AB91616548879E51F36DFF2BA248">
    <w:name w:val="67A4AB91616548879E51F36DFF2BA248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CDB858CF5D4425B14CF6B868BC0F96">
    <w:name w:val="02CDB858CF5D4425B14CF6B868BC0F96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3901ADFA524D6CB7E146C084A69A65">
    <w:name w:val="0E3901ADFA524D6CB7E146C084A69A65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7EDF4462C42D699720A7922D3021E1">
    <w:name w:val="6E27EDF4462C42D699720A7922D3021E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FFBF5A0E8C34ACC9AB087B09F7153B61">
    <w:name w:val="7FFBF5A0E8C34ACC9AB087B09F7153B6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0CEBCD0D95447BA156A44D902E57241">
    <w:name w:val="070CEBCD0D95447BA156A44D902E572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3BE4D4ADD9435EA8FAFA8523AAB0341">
    <w:name w:val="073BE4D4ADD9435EA8FAFA8523AAB03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5E9A1EB91CC47E1870654D615EF79DD1">
    <w:name w:val="25E9A1EB91CC47E1870654D615EF79DD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B4B6748D544FAD8FEEC5D3283C5BE61">
    <w:name w:val="D5B4B6748D544FAD8FEEC5D3283C5BE6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993791CC4EB4D8A9ADDCFF303032C331">
    <w:name w:val="9993791CC4EB4D8A9ADDCFF303032C33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7670D251ED4DC3A722B065D324F5061">
    <w:name w:val="A47670D251ED4DC3A722B065D324F506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D87548EFE1C47F79861BD0E5D32D10C1">
    <w:name w:val="FD87548EFE1C47F79861BD0E5D32D10C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2BA4F8CFDFD4AADBCB70286BECDA0671">
    <w:name w:val="E2BA4F8CFDFD4AADBCB70286BECDA067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85E9D41D1044DF8B84D529F6F8291771">
    <w:name w:val="F85E9D41D1044DF8B84D529F6F829177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9C8F9B4881424AB395885245D867CD1">
    <w:name w:val="089C8F9B4881424AB395885245D867CD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F02B09088A43CC894641FCE5E693641">
    <w:name w:val="58F02B09088A43CC894641FCE5E6936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17CAAF56CE64E109CC7FED2056DDD631">
    <w:name w:val="117CAAF56CE64E109CC7FED2056DDD63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4A03F03C0C84EA5AFE40DAB3E694A7B1">
    <w:name w:val="44A03F03C0C84EA5AFE40DAB3E694A7B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C1F40CD0424DBA83EE842DC6C9D8791">
    <w:name w:val="65C1F40CD0424DBA83EE842DC6C9D879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778583C60D4B25BDD7D716A7D3E5CA1">
    <w:name w:val="24778583C60D4B25BDD7D716A7D3E5CA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3650C949114E7480D8BBF9AB425D751">
    <w:name w:val="753650C949114E7480D8BBF9AB425D75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91BA07E71C84E7683218CBF6C2D727C1">
    <w:name w:val="291BA07E71C84E7683218CBF6C2D727C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79B1967D9E24D1085F469E5C8920DDE1">
    <w:name w:val="679B1967D9E24D1085F469E5C8920DDE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DA6F04E67ED421BA511255E22C63BF61">
    <w:name w:val="DDA6F04E67ED421BA511255E22C63BF6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94FAD3F80C74E4393031BAE5F988F41">
    <w:name w:val="294FAD3F80C74E4393031BAE5F988F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7421D8B2184C3C8DAFE2AF4DDC9E65">
    <w:name w:val="DF7421D8B2184C3C8DAFE2AF4DDC9E65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D78211B681456B8FB57F02992BE397">
    <w:name w:val="A9D78211B681456B8FB57F02992BE397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AE50CE717E443DBAB020334A5751A29">
    <w:name w:val="1AE50CE717E443DBAB020334A5751A29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0EBD24F82A4717B355B32781A44A95">
    <w:name w:val="AB0EBD24F82A4717B355B32781A44A95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57CFD5A9547CBB94B24EFAF5D4DB9">
    <w:name w:val="43C57CFD5A9547CBB94B24EFAF5D4DB9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19BE16A9654046B9DBB15CF8AA32E8">
    <w:name w:val="7319BE16A9654046B9DBB15CF8AA32E8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727BB32D6548C984E18A7B7F2AE992">
    <w:name w:val="02727BB32D6548C984E18A7B7F2AE99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E4935E74A9422F931102D3272708D9">
    <w:name w:val="4BE4935E74A9422F931102D3272708D9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2CCB44459B4F37848740A9B9EB5051">
    <w:name w:val="752CCB44459B4F37848740A9B9EB505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66E595638B64ECEA984406F21B9DD36">
    <w:name w:val="366E595638B64ECEA984406F21B9DD36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8583133E41A4095A96BFF99BC6C4C18">
    <w:name w:val="88583133E41A4095A96BFF99BC6C4C18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E23687DE494AF4B4C2F920C1978D00">
    <w:name w:val="85E23687DE494AF4B4C2F920C1978D00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E89289120624D85ACA3301EEC6F514D">
    <w:name w:val="DE89289120624D85ACA3301EEC6F514D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78E11B7F054291969ADA5E35851822">
    <w:name w:val="CB78E11B7F054291969ADA5E3585182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CAFEAF99CD42969DBF8AB8AACB11171">
    <w:name w:val="0ECAFEAF99CD42969DBF8AB8AACB1117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76CCD615E446209C528F573FD21A191">
    <w:name w:val="4E76CCD615E446209C528F573FD21A19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F81F1A545C4EA095A93A9A8706041A1">
    <w:name w:val="5EF81F1A545C4EA095A93A9A8706041A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3CB8BE92B1841959A683EF8189FC4201">
    <w:name w:val="83CB8BE92B1841959A683EF8189FC420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CE8EC979CA445FC83F8B7CCD49D921D1">
    <w:name w:val="1CE8EC979CA445FC83F8B7CCD49D921D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E179FBB4094890849C03C026C880801">
    <w:name w:val="7BE179FBB4094890849C03C026C88080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79501789A3401FB2FFB2BAC9650C151">
    <w:name w:val="3379501789A3401FB2FFB2BAC9650C15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2FA96809064C719AF1B38E453DEE661">
    <w:name w:val="542FA96809064C719AF1B38E453DEE66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68AEB3E1884E02A3A3E5FB5E37F2861">
    <w:name w:val="0468AEB3E1884E02A3A3E5FB5E37F286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C1D6325FE5244E9B744E7AC851E06FA1">
    <w:name w:val="9C1D6325FE5244E9B744E7AC851E06FA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13DC7C5B594426B86E81D869501846">
    <w:name w:val="7313DC7C5B594426B86E81D869501846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FC9E76269E04D98B8083A10DB4B50A3">
    <w:name w:val="2FC9E76269E04D98B8083A10DB4B50A3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551DE8D3B64D68A4D007B8C61D6390">
    <w:name w:val="24551DE8D3B64D68A4D007B8C61D6390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47B74449351410CB919E596F94E4EF2">
    <w:name w:val="E47B74449351410CB919E596F94E4EF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8D15AC4F384366A58845A9FE2D27F6">
    <w:name w:val="018D15AC4F384366A58845A9FE2D27F6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68D2BAFC854515AB4D809741810FCC">
    <w:name w:val="AB68D2BAFC854515AB4D809741810FCC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FC12112E8949AAB3E5CC90C53EA5831">
    <w:name w:val="58FC12112E8949AAB3E5CC90C53EA583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5B569B6F49473586C831CF5FD2F2841">
    <w:name w:val="565B569B6F49473586C831CF5FD2F28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A7D53EDE9D4BA6A62E6EC230CA51091">
    <w:name w:val="A9A7D53EDE9D4BA6A62E6EC230CA5109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94A033843A84C72B8297D4C1C3AA1771">
    <w:name w:val="E94A033843A84C72B8297D4C1C3AA177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240B94525664B969D6F058D7BEB3A7E1">
    <w:name w:val="9240B94525664B969D6F058D7BEB3A7E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688C5D7C3374A9EADD47288050891E11">
    <w:name w:val="4688C5D7C3374A9EADD47288050891E1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04B71577C842499743F42E54A8964F1">
    <w:name w:val="3404B71577C842499743F42E54A8964F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D1FD7B0D32409693EC9273C08167771">
    <w:name w:val="F3D1FD7B0D32409693EC9273C0816777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188CFFBF9A47EA9D5E9EA9B71E81E11">
    <w:name w:val="A4188CFFBF9A47EA9D5E9EA9B71E81E1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D5405C251B46D3B4170671E78CE17C1">
    <w:name w:val="D5D5405C251B46D3B4170671E78CE17C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A16CC306F74C19A442C7BE7E31CB771">
    <w:name w:val="A4A16CC306F74C19A442C7BE7E31CB77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BCE71166EC4B36A01F1AFF02A77BCE1">
    <w:name w:val="34BCE71166EC4B36A01F1AFF02A77BCE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9F66AE07D2F48BC87C5B05B021C6F2F1">
    <w:name w:val="59F66AE07D2F48BC87C5B05B021C6F2F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B057FD49242475C86D404E1852625F11">
    <w:name w:val="EB057FD49242475C86D404E1852625F1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547FEC2D424AC89F5EF119424193381">
    <w:name w:val="C5547FEC2D424AC89F5EF11942419338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8457FCED50421FBFF47DE90BEB7DEB1">
    <w:name w:val="0D8457FCED50421FBFF47DE90BEB7DEB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C868C514D304142B2BB462525D0C19F1">
    <w:name w:val="9C868C514D304142B2BB462525D0C19F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0C63EF4C984BA28D7EF8C0281244B41">
    <w:name w:val="420C63EF4C984BA28D7EF8C0281244B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EEA97E7AF614C1CBC4FDDE69CA3AA9E">
    <w:name w:val="CEEA97E7AF614C1CBC4FDDE69CA3AA9E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16645436A44853B9D6680FB9D4F216">
    <w:name w:val="D216645436A44853B9D6680FB9D4F216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786F71EE61B475EA698C9A14D733DBD">
    <w:name w:val="3786F71EE61B475EA698C9A14D733DBD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D0AC44B042420B8D3522F3EE5AC257">
    <w:name w:val="87D0AC44B042420B8D3522F3EE5AC257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C1A1DD11A3A4B60A484EAA97662AFE2">
    <w:name w:val="FC1A1DD11A3A4B60A484EAA97662AFE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7C8CCE3FC645D89B2D643B9035DA371">
    <w:name w:val="CD7C8CCE3FC645D89B2D643B9035DA37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5C6EB14FB042D889A0A84C3416E6091">
    <w:name w:val="2E5C6EB14FB042D889A0A84C3416E609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80F87D6A4346398023EF55CDD29DDA1">
    <w:name w:val="E880F87D6A4346398023EF55CDD29DDA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2A5A42AFD8A47228A92FFE90356A5B41">
    <w:name w:val="F2A5A42AFD8A47228A92FFE90356A5B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8154094784B44B9B92C5A6A60D6ACD31">
    <w:name w:val="C8154094784B44B9B92C5A6A60D6ACD3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739BCA10A54E78AD4599367086B5591">
    <w:name w:val="56739BCA10A54E78AD4599367086B559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A84043297405099BB9798DB16B0DA1">
    <w:name w:val="520A84043297405099BB9798DB16B0DA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2B2A385369B42768265A12800D160BE1">
    <w:name w:val="82B2A385369B42768265A12800D160BE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20DF8139D746C5A27FA6EF20D27BA31">
    <w:name w:val="A420DF8139D746C5A27FA6EF20D27BA3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AFFC1A8FC6455E8F8EA94F6EDBCF6F1">
    <w:name w:val="98AFFC1A8FC6455E8F8EA94F6EDBCF6F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84FD954C7524848B47C6D010AF8E4E41">
    <w:name w:val="184FD954C7524848B47C6D010AF8E4E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03CAA3061944C7D970E54BF5B6BC18D1">
    <w:name w:val="303CAA3061944C7D970E54BF5B6BC18D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A2D71439034300BAEB24681E9556F41">
    <w:name w:val="71A2D71439034300BAEB24681E9556F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C0B1F848DA4B71AF7A63F38A0388561">
    <w:name w:val="04C0B1F848DA4B71AF7A63F38A038856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F70604E68E424A9E5E83D93BEFF2381">
    <w:name w:val="77F70604E68E424A9E5E83D93BEFF238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78BDFB0416C4019B382D44ACE761AB6">
    <w:name w:val="678BDFB0416C4019B382D44ACE761AB6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0D6E3E91DD427D9E9ADDC066843901">
    <w:name w:val="610D6E3E91DD427D9E9ADDC06684390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E98435FC1640E08474D7AA437C09ED">
    <w:name w:val="D2E98435FC1640E08474D7AA437C09ED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890C57A6C44DE58FA2B753A28AFC7E">
    <w:name w:val="16890C57A6C44DE58FA2B753A28AFC7E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488C42CEB4F11AE67A14314E33283">
    <w:name w:val="704488C42CEB4F11AE67A14314E33283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01FA09AFDB4BC8B5C5CFF0C5502F58">
    <w:name w:val="1401FA09AFDB4BC8B5C5CFF0C5502F58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B82CCA040C4BED9462942E4CDA3F34">
    <w:name w:val="52B82CCA040C4BED9462942E4CDA3F34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582943F7414B0BA558DDC2829CA85B">
    <w:name w:val="16582943F7414B0BA558DDC2829CA85B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F66982F77947E7A8306ACFBF3E7DD4">
    <w:name w:val="6BF66982F77947E7A8306ACFBF3E7DD4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54C37E8F45498A8416F0C3F816110B">
    <w:name w:val="2454C37E8F45498A8416F0C3F816110B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C54D331F0D478F9703AD53C655AB6D">
    <w:name w:val="4AC54D331F0D478F9703AD53C655AB6D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676FC3F99545E581E08D9AD3C6CABD">
    <w:name w:val="0D676FC3F99545E581E08D9AD3C6CABD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966D56C9014B2FA10724CA65CEAED8">
    <w:name w:val="AB966D56C9014B2FA10724CA65CEAED8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205920D02B240A69013ED99C9E314841">
    <w:name w:val="8205920D02B240A69013ED99C9E3148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2D8F898BA024CDABD0C75E5AB48859D1">
    <w:name w:val="22D8F898BA024CDABD0C75E5AB48859D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F1F74CAAA74489A9424BCAF5C6F7E181">
    <w:name w:val="2F1F74CAAA74489A9424BCAF5C6F7E18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FBF18CCF0454F5A8DFB6B375C108E02">
    <w:name w:val="5FBF18CCF0454F5A8DFB6B375C108E0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E3FFE383124725BB1C9110E19C2EF51">
    <w:name w:val="DBE3FFE383124725BB1C9110E19C2EF5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98FD2D37FA34766816DF0FDBED83C301">
    <w:name w:val="798FD2D37FA34766816DF0FDBED83C30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260C146ECD44EC494223927E41F4C9D1">
    <w:name w:val="7260C146ECD44EC494223927E41F4C9D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A30271FEFC348AA9E5C51915CB6B353">
    <w:name w:val="FA30271FEFC348AA9E5C51915CB6B353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7DD79BF05634BE6B6D98E9117261CC0">
    <w:name w:val="C7DD79BF05634BE6B6D98E9117261CC0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6F499A2FD2D495C88CD81BBDDB13A0F">
    <w:name w:val="F6F499A2FD2D495C88CD81BBDDB13A0F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45899C29A7415EAA48371574258135">
    <w:name w:val="7545899C29A7415EAA48371574258135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FC07AE71D624C7A8A998C6D74922177">
    <w:name w:val="8FC07AE71D624C7A8A998C6D74922177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0ABA57C02F84487A8D4F41AF0328B8D">
    <w:name w:val="30ABA57C02F84487A8D4F41AF0328B8D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AFDA73380440E193E8730CAD6C0E05">
    <w:name w:val="52AFDA73380440E193E8730CAD6C0E05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08473D377847658E0C115CF77087BE">
    <w:name w:val="F408473D377847658E0C115CF77087BE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CD71F65D7246DDB57DFC123B9A6842">
    <w:name w:val="23CD71F65D7246DDB57DFC123B9A684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8922809AE6B4F6CAE9D040E474CC495">
    <w:name w:val="78922809AE6B4F6CAE9D040E474CC495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EE2608357442D7B6730E5BE03166C2">
    <w:name w:val="0EEE2608357442D7B6730E5BE03166C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4C73EF8CB824722B9706CD0D33947C4">
    <w:name w:val="C4C73EF8CB824722B9706CD0D33947C4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7019661A4854A18B73563DE48BC9FCF">
    <w:name w:val="37019661A4854A18B73563DE48BC9FCF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4508748F414DDEA7A7F204D8CB4FCC">
    <w:name w:val="F44508748F414DDEA7A7F204D8CB4FCC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B41B8DA05740488206EC512FA69B0D">
    <w:name w:val="64B41B8DA05740488206EC512FA69B0D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1B9765AA0C4F8DA972583B2303D46B">
    <w:name w:val="CA1B9765AA0C4F8DA972583B2303D46B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7CF43946054CECA58D4059F5D464DF">
    <w:name w:val="237CF43946054CECA58D4059F5D464DF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DC0BAFFB5944C1A17F331BD044CF5B">
    <w:name w:val="66DC0BAFFB5944C1A17F331BD044CF5B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A99737D025434D9696998E28F5C9C2">
    <w:name w:val="96A99737D025434D9696998E28F5C9C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7D43A04B7AF422091CB3337501A22F4">
    <w:name w:val="37D43A04B7AF422091CB3337501A22F4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157151B832421AA3B9C068C1547739">
    <w:name w:val="A5157151B832421AA3B9C068C1547739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AC9088FBAB426EBC343685F5C0CBA31">
    <w:name w:val="2BAC9088FBAB426EBC343685F5C0CBA3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34F5ABD826E4CB59AC1DC10283C39131">
    <w:name w:val="534F5ABD826E4CB59AC1DC10283C3913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81AAFE9D99C483A861A4D987AE968161">
    <w:name w:val="481AAFE9D99C483A861A4D987AE96816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1D6205C339F45459EB11FE91EABB5B91">
    <w:name w:val="A1D6205C339F45459EB11FE91EABB5B9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C1953A6AA7748DF8C65B038601F1F221">
    <w:name w:val="7C1953A6AA7748DF8C65B038601F1F22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19198CC0164A85A05A83037B8281B81">
    <w:name w:val="4C19198CC0164A85A05A83037B8281B8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9CDBC924E5C40D0837928EED517D01D1">
    <w:name w:val="F9CDBC924E5C40D0837928EED517D01D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D4BAF9FB254120A3B5A1C69A0310E71">
    <w:name w:val="EAD4BAF9FB254120A3B5A1C69A0310E7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64C63037E845EA9157CDBB84E77F381">
    <w:name w:val="3364C63037E845EA9157CDBB84E77F38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27FE944DC84CC3960ECA6F81D57A731">
    <w:name w:val="E827FE944DC84CC3960ECA6F81D57A73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79101DBF733488894F5DA27445922C11">
    <w:name w:val="C79101DBF733488894F5DA27445922C1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4D1C070BD2F46AFA47825948D0586E21">
    <w:name w:val="44D1C070BD2F46AFA47825948D0586E2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C88337E16D4450FA970FACAD2A9DCDE1">
    <w:name w:val="7C88337E16D4450FA970FACAD2A9DCDE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0800859F204290B95CB276982ADFF01">
    <w:name w:val="EA0800859F204290B95CB276982ADFF0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9B4A0CB0ECC41A68583892FE700F1611">
    <w:name w:val="69B4A0CB0ECC41A68583892FE700F161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AFA00F3AA04F009B26C7E0859F8D861">
    <w:name w:val="F4AFA00F3AA04F009B26C7E0859F8D86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0F3E48105F4A219716E3D517652BDD1">
    <w:name w:val="750F3E48105F4A219716E3D517652BDD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4602201EDBE45C0A4D7801A3FAA23BB1">
    <w:name w:val="E4602201EDBE45C0A4D7801A3FAA23BB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0C76EE11CE846A28D010E244963C1181">
    <w:name w:val="B0C76EE11CE846A28D010E244963C118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0AE7056E4046BAB49458BA51F41EA41">
    <w:name w:val="3D0AE7056E4046BAB49458BA51F41EA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07DE9DF52047E3A79D9309014347791">
    <w:name w:val="0707DE9DF52047E3A79D930901434779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7C0BB2576543D59842095D6797B68D1">
    <w:name w:val="CD7C0BB2576543D59842095D6797B68D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70DCEC3E01418CA4F58CF46130FB0B1">
    <w:name w:val="4D70DCEC3E01418CA4F58CF46130FB0B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E9FA2310C34226B3831C790DDF37201">
    <w:name w:val="07E9FA2310C34226B3831C790DDF3720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C8B521DE444442B902E8C66020A06571">
    <w:name w:val="3C8B521DE444442B902E8C66020A0657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7BA284314D4F19981F88A4FC624D241">
    <w:name w:val="207BA284314D4F19981F88A4FC624D2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C7120450E75473AA1F5126C6C906BBB1">
    <w:name w:val="3C7120450E75473AA1F5126C6C906BBB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9885A9EE414C869A4027A4693B81461">
    <w:name w:val="109885A9EE414C869A4027A4693B8146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201C6DA6674D2D8B22DA2723C00F8C1">
    <w:name w:val="10201C6DA6674D2D8B22DA2723C00F8C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E50A923093F4B3A87CBA58596740C0F1">
    <w:name w:val="3E50A923093F4B3A87CBA58596740C0F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85260-356a-4f99-88cc-936cb4cb807e"/>
    <ds:schemaRef ds:uri="503bbec5-b5d2-4817-b31a-e56cf9689349"/>
  </ds:schemaRefs>
</ds:datastoreItem>
</file>

<file path=customXml/itemProps4.xml><?xml version="1.0" encoding="utf-8"?>
<ds:datastoreItem xmlns:ds="http://schemas.openxmlformats.org/officeDocument/2006/customXml" ds:itemID="{F3708469-7768-4856-967C-BCF375C7E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3bbec5-b5d2-4817-b31a-e56cf9689349"/>
    <ds:schemaRef ds:uri="15185260-356a-4f99-88cc-936cb4cb8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15</Pages>
  <Words>2017</Words>
  <Characters>11502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7</cp:revision>
  <dcterms:created xsi:type="dcterms:W3CDTF">2026-09-04T10:09:00Z</dcterms:created>
  <dcterms:modified xsi:type="dcterms:W3CDTF">2026-10-16T12:15:00Z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